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F489C" w14:textId="77777777" w:rsidR="007041DC" w:rsidRDefault="007041DC">
      <w:pPr>
        <w:pStyle w:val="Titolo"/>
      </w:pPr>
    </w:p>
    <w:p w14:paraId="7671559F" w14:textId="77777777" w:rsidR="00C917E0" w:rsidRPr="007041DC" w:rsidRDefault="00CB14A2">
      <w:pPr>
        <w:pStyle w:val="Titolo"/>
        <w:rPr>
          <w:lang w:val="it-IT"/>
        </w:rPr>
      </w:pPr>
      <w:r w:rsidRPr="007041DC">
        <w:rPr>
          <w:lang w:val="it-IT"/>
        </w:rPr>
        <w:t>Domanda di iscrizione allo Spazio Compiti</w:t>
      </w:r>
    </w:p>
    <w:p w14:paraId="74EEA381" w14:textId="77777777" w:rsidR="00C917E0" w:rsidRPr="007041DC" w:rsidRDefault="00CB14A2">
      <w:pPr>
        <w:keepLines/>
        <w:rPr>
          <w:lang w:val="it-IT"/>
        </w:rPr>
      </w:pPr>
      <w:r w:rsidRPr="007041DC">
        <w:rPr>
          <w:b/>
          <w:lang w:val="it-IT"/>
        </w:rPr>
        <w:t>Anno scolastico 2026/2027</w:t>
      </w:r>
    </w:p>
    <w:p w14:paraId="020377B0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Compilare i dati richiesti e firmare le dichiarazioni. Il regolamento è riportato nell’ultima pagina, da conservare a cura della famiglia.</w:t>
      </w:r>
    </w:p>
    <w:p w14:paraId="5A135D19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Dati del genitore o tutore</w:t>
      </w:r>
    </w:p>
    <w:p w14:paraId="33E770D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Il sottoscritto o la sottoscritta __________________________________________________</w:t>
      </w:r>
    </w:p>
    <w:p w14:paraId="50E089AC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Nato/a a __________________________________ il ____________________</w:t>
      </w:r>
    </w:p>
    <w:p w14:paraId="510E73B5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Residente a __________________________ via/piazza _________________________</w:t>
      </w:r>
    </w:p>
    <w:p w14:paraId="3279D9F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Telefono _____________________ Email ___________________________________</w:t>
      </w:r>
    </w:p>
    <w:p w14:paraId="07ACCD0E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 qualità di  ☐ genitore  ☐ tutore del minore o dei minori sotto indicati.</w:t>
      </w:r>
    </w:p>
    <w:p w14:paraId="0B433528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Minori da iscrivere</w:t>
      </w:r>
    </w:p>
    <w:p w14:paraId="2C5AF34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1. Cognome e nome __________________________________________________</w:t>
      </w:r>
    </w:p>
    <w:p w14:paraId="3834E4E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Nato/a a ______________________________ il __________________________</w:t>
      </w:r>
    </w:p>
    <w:p w14:paraId="603D7B01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Scuola primaria ______________________________ Classe _______________</w:t>
      </w:r>
    </w:p>
    <w:p w14:paraId="31A4CB7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2. Cognome e nome __________________________________________________</w:t>
      </w:r>
    </w:p>
    <w:p w14:paraId="1A1DDEC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Nato/a a ______________________________ il __________________________</w:t>
      </w:r>
    </w:p>
    <w:p w14:paraId="06F9717C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Scuola primaria ______________________________ Classe _______________</w:t>
      </w:r>
    </w:p>
    <w:p w14:paraId="2A83640F" w14:textId="77777777" w:rsidR="00C917E0" w:rsidRPr="007041DC" w:rsidRDefault="00CB14A2">
      <w:pPr>
        <w:keepLines/>
        <w:rPr>
          <w:lang w:val="it-IT"/>
        </w:rPr>
      </w:pPr>
      <w:r w:rsidRPr="007041DC">
        <w:rPr>
          <w:b/>
          <w:lang w:val="it-IT"/>
        </w:rPr>
        <w:t>CHIEDE l’iscrizione del minore o dei minori allo Spazio Compiti di Bariano per l’anno scolastico 2026/2027.</w:t>
      </w:r>
    </w:p>
    <w:p w14:paraId="0DA26E44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Quote e dichiarazioni</w:t>
      </w:r>
    </w:p>
    <w:p w14:paraId="2B6CDFE0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Mi impegno a versare la quota di frequenza secondo le modalità comunicate dal servizio:</w:t>
      </w:r>
    </w:p>
    <w:p w14:paraId="0AD55E8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• Prima rata: € 20,00, per ottobre–dicembre, da pagare dopo la conferma dell’iscrizione.</w:t>
      </w:r>
      <w:r w:rsidRPr="007041DC">
        <w:rPr>
          <w:lang w:val="it-IT"/>
        </w:rPr>
        <w:br/>
        <w:t>• Seconda rata: € 50,00, per gennaio–maggio, da pagare entro il 15 gennaio 2027.</w:t>
      </w:r>
    </w:p>
    <w:p w14:paraId="369940A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Dichiaro di essere informato/a che, in caso di ritiro in corso d’anno, le quote versate non saranno rimborsate, nemmeno parzialmente.</w:t>
      </w:r>
    </w:p>
    <w:p w14:paraId="30533DE9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Mi impegno a comunicare le assenze alla coordinatrice tramite l’indirizzo email fornito all’avvio del servizio.</w:t>
      </w:r>
    </w:p>
    <w:p w14:paraId="047AE04D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Dichiaro di aver letto il regolamento allegato e di accettarlo.</w:t>
      </w:r>
    </w:p>
    <w:p w14:paraId="78FB967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Bariano, __________________    Firma __________________________________</w:t>
      </w:r>
    </w:p>
    <w:p w14:paraId="66C8C279" w14:textId="77777777" w:rsidR="00C917E0" w:rsidRPr="007041DC" w:rsidRDefault="00CB14A2">
      <w:pPr>
        <w:rPr>
          <w:lang w:val="it-IT"/>
        </w:rPr>
      </w:pPr>
      <w:r w:rsidRPr="007041DC">
        <w:rPr>
          <w:lang w:val="it-IT"/>
        </w:rPr>
        <w:br w:type="page"/>
      </w:r>
    </w:p>
    <w:p w14:paraId="3ED99B69" w14:textId="77777777" w:rsidR="00C917E0" w:rsidRPr="007041DC" w:rsidRDefault="00CB14A2">
      <w:pPr>
        <w:pStyle w:val="Titolo"/>
        <w:rPr>
          <w:lang w:val="it-IT"/>
        </w:rPr>
      </w:pPr>
      <w:r w:rsidRPr="007041DC">
        <w:rPr>
          <w:lang w:val="it-IT"/>
        </w:rPr>
        <w:lastRenderedPageBreak/>
        <w:t>Informazioni utili e trattamento dei dati</w:t>
      </w:r>
    </w:p>
    <w:p w14:paraId="3D2BE3DC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Informazioni necessarie per la partecipazione</w:t>
      </w:r>
    </w:p>
    <w:p w14:paraId="57D14B28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Indicare soltanto condizioni e necessità che incidono sulla partecipazione sicura al servizio, quali allergie, intolleranze, esigenze di assistenza o accorgimenti specifici. Evitare informazioni sanitarie non pertinenti. Per ulteriori necessità concordare un colloquio riservato con la coordinatrice.</w:t>
      </w:r>
    </w:p>
    <w:p w14:paraId="133D2E60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Minore 1  Cognome e nome __________________________________________________</w:t>
      </w:r>
    </w:p>
    <w:p w14:paraId="2D28E17B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Allergie e intolleranze _________________________________________________</w:t>
      </w:r>
    </w:p>
    <w:p w14:paraId="145F05E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1C7216B5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Esigenze di assistenza e indicazioni utili _________________________________</w:t>
      </w:r>
    </w:p>
    <w:p w14:paraId="5FDDE289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5E48983B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2204EFF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Minore 2  Cognome e nome __________________________________________________</w:t>
      </w:r>
    </w:p>
    <w:p w14:paraId="3275C898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Allergie e intolleranze _________________________________________________</w:t>
      </w:r>
    </w:p>
    <w:p w14:paraId="6B9D331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08BE5C0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Esigenze di assistenza e indicazioni utili _________________________________</w:t>
      </w:r>
    </w:p>
    <w:p w14:paraId="09DCCAC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765B755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______________________________________________________________________</w:t>
      </w:r>
    </w:p>
    <w:p w14:paraId="2DB1E7B8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Recapito aggiuntivo per emergenze ______________________________________</w:t>
      </w:r>
    </w:p>
    <w:p w14:paraId="1D13589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Cognome e nome __________________________ Rapporto con il minore __________</w:t>
      </w:r>
    </w:p>
    <w:p w14:paraId="0A3A24B3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Dichiarazioni sul trattamento dei dati personali</w:t>
      </w:r>
    </w:p>
    <w:p w14:paraId="739E8EF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Dichiaro di aver preso visione dell’informativa sul trattamento dei dati personali relativa allo Spazio Compiti, resa dal Comune ai sensi dell’art. 13 del Regolamento (UE) 2016/679 e consegnata insieme al presente modulo.</w:t>
      </w:r>
    </w:p>
    <w:p w14:paraId="24DF6C7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Dichiaro di essere informato/a che i dati forniti saranno trattati per l’iscrizione, l’organizzazione e la gestione dello Spazio Compiti e per gli adempimenti amministrativi e di legge connessi al servizio.</w:t>
      </w:r>
    </w:p>
    <w:p w14:paraId="2A506600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☐ Dichiaro di essere informato/a che gli eventuali dati relativi alla salute saranno trattati esclusivamente nella misura necessaria per la partecipazione sicura del minore, nei limiti e sulla base dei presupposti indicati nell’informativa, da personale autorizzato.</w:t>
      </w:r>
    </w:p>
    <w:p w14:paraId="6965C8E4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Fotografie e riprese video per uso interno</w:t>
      </w:r>
    </w:p>
    <w:p w14:paraId="00D8CA31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Scelta facoltativa per ciascun minore: autorizzazione alla realizzazione di foto e video durante le attività, esclusivamente per documentazione educativa interna, accessibile agli operatori autorizzati del servizio. Sono escluse pubblicazione su internet o social, diffusione al pubblico e cessione a terzi. Il diniego non incide sulla partecipazione. L’autorizzazione può essere revocata rivolgendosi al Comune; i materiali saranno conservati solo per il tempo necessario alla finalità indicata e comunque non oltre la conclusione dell’anno scolastico.</w:t>
      </w:r>
    </w:p>
    <w:p w14:paraId="17D17AD7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Minore 1   ☐ AUTORIZZO   ☐ NON AUTORIZZO</w:t>
      </w:r>
      <w:r w:rsidRPr="007041DC">
        <w:rPr>
          <w:lang w:val="it-IT"/>
        </w:rPr>
        <w:br/>
        <w:t>Minore 2   ☐ AUTORIZZO   ☐ NON AUTORIZZO</w:t>
      </w:r>
    </w:p>
    <w:p w14:paraId="5A62570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Firme degli esercenti la responsabilità genitoriale per foto e video</w:t>
      </w:r>
      <w:r w:rsidRPr="007041DC">
        <w:rPr>
          <w:lang w:val="it-IT"/>
        </w:rPr>
        <w:br/>
        <w:t>_______________________________    _______________________________</w:t>
      </w:r>
    </w:p>
    <w:p w14:paraId="09B2AE56" w14:textId="77777777" w:rsidR="00C917E0" w:rsidRPr="007041DC" w:rsidRDefault="00CB14A2">
      <w:pPr>
        <w:rPr>
          <w:lang w:val="it-IT"/>
        </w:rPr>
      </w:pPr>
      <w:r w:rsidRPr="007041DC">
        <w:rPr>
          <w:lang w:val="it-IT"/>
        </w:rPr>
        <w:br w:type="page"/>
      </w:r>
    </w:p>
    <w:p w14:paraId="26D6C6CD" w14:textId="77777777" w:rsidR="00C917E0" w:rsidRPr="007041DC" w:rsidRDefault="00CB14A2">
      <w:pPr>
        <w:pStyle w:val="Titolo"/>
        <w:rPr>
          <w:lang w:val="it-IT"/>
        </w:rPr>
      </w:pPr>
      <w:r w:rsidRPr="007041DC">
        <w:rPr>
          <w:lang w:val="it-IT"/>
        </w:rPr>
        <w:lastRenderedPageBreak/>
        <w:t>Ritiro dei minori e deleghe</w:t>
      </w:r>
    </w:p>
    <w:p w14:paraId="18956ABC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Al termine delle attività il minore è consegnato al genitore, al tutore o a una persona maggiorenne delegata per iscritto. Eventuali variazioni devono essere comunicate tempestivamente al servizio.</w:t>
      </w:r>
    </w:p>
    <w:p w14:paraId="372C73FB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 caso di ritardo o mancato ritiro, gli operatori mantengono la vigilanza sul minore e contattano i genitori e i delegati; se non reperibili, attivano le autorità competenti in relazione alla situazione. Il minore non viene lasciato solo.</w:t>
      </w:r>
    </w:p>
    <w:p w14:paraId="3F6A3B2D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Persone delegate al ritiro</w:t>
      </w:r>
    </w:p>
    <w:p w14:paraId="696D02C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Delego le persone maggiorenni di seguito indicate al ritiro:</w:t>
      </w:r>
    </w:p>
    <w:p w14:paraId="160FF5BE" w14:textId="77777777" w:rsidR="00C917E0" w:rsidRPr="007041DC" w:rsidRDefault="00CB14A2">
      <w:pPr>
        <w:keepLines/>
        <w:rPr>
          <w:lang w:val="it-IT"/>
        </w:rPr>
      </w:pPr>
      <w:r w:rsidRPr="007041DC">
        <w:rPr>
          <w:b/>
          <w:lang w:val="it-IT"/>
        </w:rPr>
        <w:t>Delegato 1</w:t>
      </w:r>
    </w:p>
    <w:p w14:paraId="7D533A0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Cognome e nome __________________________________________________</w:t>
      </w:r>
    </w:p>
    <w:p w14:paraId="7CE5639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Nato/a a _______________________________ il _________________________</w:t>
      </w:r>
    </w:p>
    <w:p w14:paraId="0729DA31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Residente a _______________________ via/piazza ________________________</w:t>
      </w:r>
    </w:p>
    <w:p w14:paraId="6BA450E8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Telefono _____________________ Relazione con il minore __________________</w:t>
      </w:r>
    </w:p>
    <w:p w14:paraId="19C0BC9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Delega riferita a  ☐ minore 1  ☐ minore 2  ☐ entrambi</w:t>
      </w:r>
    </w:p>
    <w:p w14:paraId="120F73FA" w14:textId="77777777" w:rsidR="00C917E0" w:rsidRPr="007041DC" w:rsidRDefault="00C917E0">
      <w:pPr>
        <w:keepLines/>
        <w:rPr>
          <w:lang w:val="it-IT"/>
        </w:rPr>
      </w:pPr>
    </w:p>
    <w:p w14:paraId="75E0FB1C" w14:textId="77777777" w:rsidR="00C917E0" w:rsidRPr="007041DC" w:rsidRDefault="00CB14A2">
      <w:pPr>
        <w:keepLines/>
        <w:rPr>
          <w:lang w:val="it-IT"/>
        </w:rPr>
      </w:pPr>
      <w:r w:rsidRPr="007041DC">
        <w:rPr>
          <w:b/>
          <w:lang w:val="it-IT"/>
        </w:rPr>
        <w:t>Delegato 2</w:t>
      </w:r>
    </w:p>
    <w:p w14:paraId="530E5157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Cognome e nome __________________________________________________</w:t>
      </w:r>
    </w:p>
    <w:p w14:paraId="67534D4C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Nato/a a _______________________________ il _________________________</w:t>
      </w:r>
    </w:p>
    <w:p w14:paraId="01C93C8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Residente a _______________________ via/piazza ________________________</w:t>
      </w:r>
    </w:p>
    <w:p w14:paraId="202380F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Telefono _____________________ Relazione con il minore __________________</w:t>
      </w:r>
    </w:p>
    <w:p w14:paraId="0D17B551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Delega riferita a  ☐ minore 1  ☐ minore 2  ☐ entrambi</w:t>
      </w:r>
    </w:p>
    <w:p w14:paraId="61939B46" w14:textId="77777777" w:rsidR="00C917E0" w:rsidRPr="007041DC" w:rsidRDefault="00C917E0">
      <w:pPr>
        <w:keepLines/>
        <w:rPr>
          <w:lang w:val="it-IT"/>
        </w:rPr>
      </w:pPr>
    </w:p>
    <w:p w14:paraId="76B8A4C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Le persone delegate devono esibire un documento di identità se richiesto dagli operatori.</w:t>
      </w:r>
    </w:p>
    <w:p w14:paraId="2495F954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Responsabilità genitoriale e sottoscrizione</w:t>
      </w:r>
    </w:p>
    <w:p w14:paraId="288AC463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Il sottoscritto o la sottoscritta dichiara di aver presentato la domanda e indicato le modalità di ritiro nel rispetto delle disposizioni sulla responsabilità genitoriale di cui agli artt. 316, 337-ter e 337-quater del codice civile, con l’accordo dell’altro genitore ove richiesto. Eventuali provvedimenti che incidano sull’esercizio della responsabilità genitoriale o sul ritiro del minore devono essere comunicati al servizio, limitatamente alle informazioni necessarie.</w:t>
      </w:r>
    </w:p>
    <w:p w14:paraId="6E9CDEA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Bariano, __________________</w:t>
      </w:r>
    </w:p>
    <w:p w14:paraId="1315D06F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Firma del genitore o tutore ____________________________________________</w:t>
      </w:r>
    </w:p>
    <w:p w14:paraId="46E9F53C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Firma dell’altro genitore ______________________________________________</w:t>
      </w:r>
    </w:p>
    <w:p w14:paraId="1871E082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 caso di unica firma, specificare il motivo</w:t>
      </w:r>
      <w:r w:rsidRPr="007041DC">
        <w:rPr>
          <w:lang w:val="it-IT"/>
        </w:rPr>
        <w:br/>
        <w:t>______________________________________________________________________</w:t>
      </w:r>
      <w:r w:rsidRPr="007041DC">
        <w:rPr>
          <w:lang w:val="it-IT"/>
        </w:rPr>
        <w:br/>
        <w:t>______________________________________________________________________</w:t>
      </w:r>
    </w:p>
    <w:p w14:paraId="63BE894E" w14:textId="77777777" w:rsidR="00C917E0" w:rsidRPr="007041DC" w:rsidRDefault="00CB14A2">
      <w:pPr>
        <w:rPr>
          <w:lang w:val="it-IT"/>
        </w:rPr>
      </w:pPr>
      <w:r w:rsidRPr="007041DC">
        <w:rPr>
          <w:lang w:val="it-IT"/>
        </w:rPr>
        <w:br w:type="page"/>
      </w:r>
    </w:p>
    <w:p w14:paraId="1FA66A60" w14:textId="77777777" w:rsidR="00CB14A2" w:rsidRDefault="00CB14A2">
      <w:pPr>
        <w:pStyle w:val="Titolo"/>
        <w:rPr>
          <w:lang w:val="it-IT"/>
        </w:rPr>
      </w:pPr>
    </w:p>
    <w:p w14:paraId="4E4BB413" w14:textId="77777777" w:rsidR="00C917E0" w:rsidRPr="007041DC" w:rsidRDefault="00CB14A2">
      <w:pPr>
        <w:pStyle w:val="Titolo"/>
        <w:rPr>
          <w:lang w:val="it-IT"/>
        </w:rPr>
      </w:pPr>
      <w:r w:rsidRPr="007041DC">
        <w:rPr>
          <w:lang w:val="it-IT"/>
        </w:rPr>
        <w:t>Regolamento dello Spazio Compiti</w:t>
      </w:r>
    </w:p>
    <w:p w14:paraId="49481684" w14:textId="0A33114D" w:rsidR="00C917E0" w:rsidRPr="007041DC" w:rsidRDefault="00CB14A2">
      <w:pPr>
        <w:keepLines/>
        <w:rPr>
          <w:lang w:val="it-IT"/>
        </w:rPr>
      </w:pPr>
      <w:r w:rsidRPr="007041DC">
        <w:rPr>
          <w:b/>
          <w:lang w:val="it-IT"/>
        </w:rPr>
        <w:t>Anno scolastico 2026/2027 • Copia da conservare a cura della famiglia</w:t>
      </w:r>
    </w:p>
    <w:p w14:paraId="6D94A915" w14:textId="77777777" w:rsidR="00C917E0" w:rsidRDefault="00CB14A2">
      <w:pPr>
        <w:pStyle w:val="Titolo1"/>
      </w:pPr>
      <w:r>
        <w:t>Destinatari e orari</w:t>
      </w:r>
    </w:p>
    <w:p w14:paraId="7B277061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Lo Spazio Compiti è un servizio educativo rivolto ai bambini e alle bambine residenti nel Comune di Bariano che frequentano la scuola primaria. È aperto martedì</w:t>
      </w:r>
      <w:r w:rsidR="007041DC">
        <w:rPr>
          <w:lang w:val="it-IT"/>
        </w:rPr>
        <w:t xml:space="preserve"> e venerdì, dalle 16.30 alle 18.00</w:t>
      </w:r>
      <w:r w:rsidRPr="007041DC">
        <w:rPr>
          <w:lang w:val="it-IT"/>
        </w:rPr>
        <w:t>, s</w:t>
      </w:r>
      <w:r w:rsidR="009E1B56">
        <w:rPr>
          <w:lang w:val="it-IT"/>
        </w:rPr>
        <w:t>econdo il calendario scolastico, dal 19 ottobre 2026 al 21 maggio 2027.</w:t>
      </w:r>
    </w:p>
    <w:p w14:paraId="330F2CDB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Il buon funzionamento del servizio richiede la collaborazione tra famiglie e operatori. I genitori e i tutori sono invitati a leggere e conservare il presente regolamento.</w:t>
      </w:r>
    </w:p>
    <w:p w14:paraId="68388B86" w14:textId="77777777" w:rsidR="00C917E0" w:rsidRPr="007041DC" w:rsidRDefault="000D3A6D">
      <w:pPr>
        <w:pStyle w:val="Titolo1"/>
        <w:rPr>
          <w:lang w:val="it-IT"/>
        </w:rPr>
      </w:pPr>
      <w:r>
        <w:rPr>
          <w:lang w:val="it-IT"/>
        </w:rPr>
        <w:t>Rilevazione presenze e assenze</w:t>
      </w:r>
    </w:p>
    <w:p w14:paraId="5C4D75D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Ogni giorno l’educatrice rileva le presenze. In caso di assenza non comunicata, contatta la famiglia. Le assenze devono essere segnalate alla coordinatrice tramite l’indirizzo email comunicato all’avvio del servizio.</w:t>
      </w:r>
    </w:p>
    <w:p w14:paraId="22AE6AA3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Informazioni sanitarie e farmaci</w:t>
      </w:r>
    </w:p>
    <w:p w14:paraId="183DA52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 recapiti delle famiglie e le informazioni sanitarie strettamente necessarie sono custoditi in modo riservato e accessibili esclusivamente agli operatori autorizzati che ne abbiano necessità per lo svolgimento del servizio.</w:t>
      </w:r>
    </w:p>
    <w:p w14:paraId="0FF60DB5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La somministrazione ordinaria di farmaci da parte dell’educatrice non è prevista. Eventuali necessità devono essere concordate preventivamente dalla famiglia con la coordinatrice. Per i farmaci salvavita occorre definire, prima della frequenza, una specifica procedura sulla base delle indicazioni sanitarie e delle disposizioni applicabili, individuando le persone abilitate e le modalità di intervento.</w:t>
      </w:r>
    </w:p>
    <w:p w14:paraId="6D789D3C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Infortuni malori ed emergenze</w:t>
      </w:r>
    </w:p>
    <w:p w14:paraId="473507C0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 caso di infortunio o malore, l’operatore valuta la situazione e, quando occorre un intervento urgente, contatta immediatamente il numero unico di emergenza 112, seguendo le indicazioni ricevute. Avvisa tempestivamente i genitori o i recapiti indicati, senza ritardare l’attivazione dei soccorsi.</w:t>
      </w:r>
    </w:p>
    <w:p w14:paraId="58771B74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Se è necessario il trasferimento in ospedale e il genitore non è ancora arrivato, il personale concorda con i soccorritori e la coordinatrice le modalità di assistenza e di eventuale accompagnamento, assicurando anche la vigilanza sugli altri minori.</w:t>
      </w:r>
    </w:p>
    <w:p w14:paraId="6C650EA6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In caso di incendio, allagamento o altra calamità, gli operatori attuano le procedure di emergenza ed evacuazione previste per la sede, mettono in sicurezza i minori e informano le famiglie.</w:t>
      </w:r>
    </w:p>
    <w:p w14:paraId="7BEFEA84" w14:textId="77777777" w:rsidR="00C917E0" w:rsidRPr="007041DC" w:rsidRDefault="00CB14A2">
      <w:pPr>
        <w:pStyle w:val="Titolo1"/>
        <w:rPr>
          <w:lang w:val="it-IT"/>
        </w:rPr>
      </w:pPr>
      <w:r w:rsidRPr="007041DC">
        <w:rPr>
          <w:lang w:val="it-IT"/>
        </w:rPr>
        <w:t>Ritiro e comunicazioni con le famiglie</w:t>
      </w:r>
    </w:p>
    <w:p w14:paraId="3E04BFAA" w14:textId="77777777" w:rsidR="00C917E0" w:rsidRPr="007041DC" w:rsidRDefault="00CB14A2">
      <w:pPr>
        <w:keepLines/>
        <w:rPr>
          <w:lang w:val="it-IT"/>
        </w:rPr>
      </w:pPr>
      <w:r w:rsidRPr="007041DC">
        <w:rPr>
          <w:lang w:val="it-IT"/>
        </w:rPr>
        <w:t>I minori sono consegnati esclusivamente ai genitori, ai tutori o ai maggiorenni delegati. Ritardi, uscite anticipate e altre necessità devono essere comunicati tramite i recapiti forniti all’attivazione del servizio.</w:t>
      </w:r>
    </w:p>
    <w:p w14:paraId="5739C462" w14:textId="77777777" w:rsidR="00C917E0" w:rsidRDefault="00CB14A2">
      <w:pPr>
        <w:keepLines/>
        <w:rPr>
          <w:lang w:val="it-IT"/>
        </w:rPr>
      </w:pPr>
      <w:r w:rsidRPr="007041DC">
        <w:rPr>
          <w:lang w:val="it-IT"/>
        </w:rPr>
        <w:t>In caso di ritiro dal servizio in corso d’anno, le quote versate non sono rimborsate, nemmeno parzialmente.</w:t>
      </w:r>
    </w:p>
    <w:p w14:paraId="5E2FC575" w14:textId="77777777" w:rsidR="009F60D2" w:rsidRDefault="009F60D2">
      <w:pPr>
        <w:keepLines/>
        <w:rPr>
          <w:lang w:val="it-IT"/>
        </w:rPr>
      </w:pPr>
    </w:p>
    <w:p w14:paraId="69B6FBE2" w14:textId="77777777" w:rsidR="00AA0E9C" w:rsidRDefault="00AA0E9C">
      <w:pPr>
        <w:keepLines/>
        <w:rPr>
          <w:lang w:val="it-IT"/>
        </w:rPr>
      </w:pPr>
    </w:p>
    <w:p w14:paraId="2BE9F9E6" w14:textId="77777777" w:rsidR="00AA0E9C" w:rsidRDefault="00AA0E9C">
      <w:pPr>
        <w:keepLines/>
        <w:rPr>
          <w:lang w:val="it-IT"/>
        </w:rPr>
      </w:pPr>
    </w:p>
    <w:p w14:paraId="4A24BC81" w14:textId="77777777" w:rsidR="00AA0E9C" w:rsidRDefault="00AA0E9C">
      <w:pPr>
        <w:keepLines/>
        <w:rPr>
          <w:lang w:val="it-IT"/>
        </w:rPr>
      </w:pPr>
    </w:p>
    <w:p w14:paraId="7E60736E" w14:textId="77777777" w:rsidR="00AA0E9C" w:rsidRDefault="00AA0E9C">
      <w:pPr>
        <w:keepLines/>
        <w:rPr>
          <w:lang w:val="it-IT"/>
        </w:rPr>
      </w:pPr>
    </w:p>
    <w:p w14:paraId="5539499B" w14:textId="77777777" w:rsidR="00AA0E9C" w:rsidRDefault="00AA0E9C">
      <w:pPr>
        <w:keepLines/>
        <w:rPr>
          <w:lang w:val="it-IT"/>
        </w:rPr>
      </w:pPr>
    </w:p>
    <w:p w14:paraId="11C9A8E3" w14:textId="77777777" w:rsidR="00AA0E9C" w:rsidRDefault="00AA0E9C">
      <w:pPr>
        <w:keepLines/>
        <w:rPr>
          <w:lang w:val="it-IT"/>
        </w:rPr>
      </w:pPr>
    </w:p>
    <w:p w14:paraId="0060BD53" w14:textId="77777777" w:rsidR="00AA0E9C" w:rsidRDefault="00AA0E9C">
      <w:pPr>
        <w:keepLines/>
        <w:rPr>
          <w:lang w:val="it-IT"/>
        </w:rPr>
      </w:pPr>
    </w:p>
    <w:p w14:paraId="1A4BB6C0" w14:textId="77777777" w:rsidR="00AA0E9C" w:rsidRDefault="00AA0E9C">
      <w:pPr>
        <w:keepLines/>
        <w:rPr>
          <w:lang w:val="it-IT"/>
        </w:rPr>
      </w:pPr>
    </w:p>
    <w:p w14:paraId="65AEB3EC" w14:textId="77777777" w:rsidR="00AA0E9C" w:rsidRDefault="00AA0E9C">
      <w:pPr>
        <w:spacing w:after="200" w:line="276" w:lineRule="auto"/>
        <w:rPr>
          <w:lang w:val="it-IT"/>
        </w:rPr>
      </w:pPr>
      <w:r>
        <w:rPr>
          <w:lang w:val="it-IT"/>
        </w:rPr>
        <w:lastRenderedPageBreak/>
        <w:br w:type="page"/>
      </w:r>
    </w:p>
    <w:p w14:paraId="7A395A93" w14:textId="77777777" w:rsidR="00AA0E9C" w:rsidRDefault="00AA0E9C" w:rsidP="00AA0E9C">
      <w:pPr>
        <w:keepLines/>
        <w:jc w:val="both"/>
        <w:rPr>
          <w:lang w:val="it-IT"/>
        </w:rPr>
      </w:pPr>
    </w:p>
    <w:p w14:paraId="0554B6C3" w14:textId="77777777" w:rsidR="00AA0E9C" w:rsidRDefault="00AA0E9C" w:rsidP="00AA0E9C">
      <w:pPr>
        <w:keepLines/>
        <w:jc w:val="both"/>
        <w:rPr>
          <w:lang w:val="it-IT"/>
        </w:rPr>
      </w:pPr>
    </w:p>
    <w:p w14:paraId="1DF405F9" w14:textId="77777777" w:rsidR="00AA0E9C" w:rsidRDefault="0013113A" w:rsidP="00AA0E9C">
      <w:pPr>
        <w:keepLines/>
        <w:jc w:val="both"/>
        <w:rPr>
          <w:lang w:val="it-IT"/>
        </w:rPr>
      </w:pPr>
      <w:r w:rsidRPr="0013113A">
        <w:rPr>
          <w:lang w:val="it-IT"/>
        </w:rPr>
        <w:t xml:space="preserve">INFORMATIVA AL TRATTAMENTO DEI DATI PERSONALI AI SENSI DEL REGOLAMENTO UE 2016/679  </w:t>
      </w:r>
    </w:p>
    <w:p w14:paraId="3595DE99" w14:textId="642B7B28" w:rsidR="00AA0E9C" w:rsidRDefault="0013113A" w:rsidP="00AA0E9C">
      <w:pPr>
        <w:keepLines/>
        <w:jc w:val="both"/>
        <w:rPr>
          <w:lang w:val="it-IT"/>
        </w:rPr>
      </w:pPr>
      <w:r w:rsidRPr="0013113A">
        <w:rPr>
          <w:lang w:val="it-IT"/>
        </w:rPr>
        <w:t xml:space="preserve">Gentile Utente,  Il Regolamento Europeo e del Consiglio 2016/679 sulla privacy prescrive a favore degli interessati una serie di diritti. </w:t>
      </w:r>
    </w:p>
    <w:p w14:paraId="518975D0" w14:textId="77777777" w:rsidR="00AA0E9C" w:rsidRDefault="0013113A" w:rsidP="00AA0E9C">
      <w:pPr>
        <w:keepLines/>
        <w:jc w:val="both"/>
        <w:rPr>
          <w:lang w:val="it-IT"/>
        </w:rPr>
      </w:pPr>
      <w:r w:rsidRPr="0013113A">
        <w:rPr>
          <w:lang w:val="it-IT"/>
        </w:rPr>
        <w:t xml:space="preserve">Lei, in quanto interessato al trattamento effettuato presso il Comune di </w:t>
      </w:r>
      <w:r w:rsidR="00AA0E9C">
        <w:rPr>
          <w:lang w:val="it-IT"/>
        </w:rPr>
        <w:t>Bariano</w:t>
      </w:r>
      <w:r w:rsidRPr="0013113A">
        <w:rPr>
          <w:lang w:val="it-IT"/>
        </w:rPr>
        <w:t xml:space="preserve">, ha il diritto di essere informato sulle caratteristiche del trattamento dei suoi dati e sui diritti che la legge Le riconosce. Per assolvere a tale obbligo, ai sensi dell’art. 13, il Comune di </w:t>
      </w:r>
      <w:r w:rsidR="00AA0E9C">
        <w:rPr>
          <w:lang w:val="it-IT"/>
        </w:rPr>
        <w:t>Bariano</w:t>
      </w:r>
      <w:r w:rsidRPr="0013113A">
        <w:rPr>
          <w:lang w:val="it-IT"/>
        </w:rPr>
        <w:t xml:space="preserve">, in qualità di Titolare del Trattamento, La informa circa:  </w:t>
      </w:r>
    </w:p>
    <w:p w14:paraId="21798B6D" w14:textId="77777777" w:rsidR="00AA0E9C" w:rsidRPr="00AA0E9C" w:rsidRDefault="00AA0E9C" w:rsidP="00AA0E9C">
      <w:pPr>
        <w:keepLines/>
        <w:jc w:val="both"/>
        <w:rPr>
          <w:lang w:val="it-IT"/>
        </w:rPr>
      </w:pPr>
      <w:r w:rsidRPr="00AA0E9C">
        <w:rPr>
          <w:lang w:val="it-IT"/>
        </w:rPr>
        <w:t>1.</w:t>
      </w:r>
      <w:r>
        <w:rPr>
          <w:lang w:val="it-IT"/>
        </w:rPr>
        <w:t xml:space="preserve"> </w:t>
      </w:r>
      <w:r w:rsidR="0013113A" w:rsidRPr="00AA0E9C">
        <w:rPr>
          <w:lang w:val="it-IT"/>
        </w:rPr>
        <w:t xml:space="preserve">Le finalità del trattamento  </w:t>
      </w:r>
    </w:p>
    <w:p w14:paraId="4EE6866D" w14:textId="43A545C9" w:rsidR="00AA0E9C" w:rsidRDefault="0013113A" w:rsidP="00AA0E9C">
      <w:pPr>
        <w:rPr>
          <w:lang w:val="it-IT"/>
        </w:rPr>
      </w:pPr>
      <w:r w:rsidRPr="00AA0E9C">
        <w:rPr>
          <w:lang w:val="it-IT"/>
        </w:rPr>
        <w:t xml:space="preserve">L’esecuzione di un compito di interesse pubblico o connesso all'esercizio di pubblici poteri di cui è investito il titolare del trattamento.   Titolare del trattamento dei Vostri dati personali è il Comune di </w:t>
      </w:r>
      <w:r w:rsidR="00AA0E9C">
        <w:rPr>
          <w:lang w:val="it-IT"/>
        </w:rPr>
        <w:t>Bariano</w:t>
      </w:r>
      <w:r w:rsidRPr="00AA0E9C">
        <w:rPr>
          <w:lang w:val="it-IT"/>
        </w:rPr>
        <w:t xml:space="preserve">, con sede in </w:t>
      </w:r>
      <w:r w:rsidR="00AA0E9C">
        <w:rPr>
          <w:lang w:val="it-IT"/>
        </w:rPr>
        <w:t>Via Locatelli n. 4 – 24050 BARIANO (BG)</w:t>
      </w:r>
      <w:r w:rsidRPr="00AA0E9C">
        <w:rPr>
          <w:lang w:val="it-IT"/>
        </w:rPr>
        <w:t xml:space="preserve">. </w:t>
      </w:r>
    </w:p>
    <w:p w14:paraId="7CBFD56A" w14:textId="77777777" w:rsidR="00AA0E9C" w:rsidRDefault="0013113A" w:rsidP="00AA0E9C">
      <w:pPr>
        <w:rPr>
          <w:lang w:val="it-IT"/>
        </w:rPr>
      </w:pPr>
      <w:r w:rsidRPr="00AA0E9C">
        <w:rPr>
          <w:lang w:val="it-IT"/>
        </w:rPr>
        <w:t xml:space="preserve">Per ogni informazione o richiesta relativa alla normativa in esame è possibile far riferimento ai contatti di seguito elencati:  </w:t>
      </w:r>
    </w:p>
    <w:p w14:paraId="666B5132" w14:textId="77777777" w:rsidR="00AA0E9C" w:rsidRDefault="0013113A" w:rsidP="00AA0E9C">
      <w:pPr>
        <w:rPr>
          <w:lang w:val="it-IT"/>
        </w:rPr>
      </w:pPr>
      <w:r w:rsidRPr="00AA0E9C">
        <w:rPr>
          <w:lang w:val="it-IT"/>
        </w:rPr>
        <w:t>Tel.:</w:t>
      </w:r>
      <w:r w:rsidR="00AA0E9C">
        <w:rPr>
          <w:lang w:val="it-IT"/>
        </w:rPr>
        <w:t>0363 95022</w:t>
      </w:r>
      <w:r w:rsidRPr="00AA0E9C">
        <w:rPr>
          <w:lang w:val="it-IT"/>
        </w:rPr>
        <w:t xml:space="preserve">       </w:t>
      </w:r>
    </w:p>
    <w:p w14:paraId="3E16D796" w14:textId="77777777" w:rsidR="00AA0E9C" w:rsidRPr="00AA0E9C" w:rsidRDefault="0013113A" w:rsidP="00AA0E9C">
      <w:r w:rsidRPr="00AA0E9C">
        <w:t>Mail:</w:t>
      </w:r>
      <w:r w:rsidR="00AA0E9C" w:rsidRPr="00AA0E9C">
        <w:t xml:space="preserve"> </w:t>
      </w:r>
      <w:hyperlink r:id="rId8" w:history="1">
        <w:r w:rsidR="00AA0E9C" w:rsidRPr="00AA0E9C">
          <w:rPr>
            <w:rStyle w:val="Collegamentoipertestuale"/>
          </w:rPr>
          <w:t>protocollo.bariano@comune.bariano.bg.it</w:t>
        </w:r>
      </w:hyperlink>
      <w:r w:rsidRPr="00AA0E9C">
        <w:t xml:space="preserve"> </w:t>
      </w:r>
    </w:p>
    <w:p w14:paraId="0D5968F7" w14:textId="77777777" w:rsidR="00AA0E9C" w:rsidRDefault="0013113A" w:rsidP="00AA0E9C">
      <w:pPr>
        <w:rPr>
          <w:lang w:val="it-IT"/>
        </w:rPr>
      </w:pPr>
      <w:r w:rsidRPr="00AA0E9C">
        <w:rPr>
          <w:lang w:val="it-IT"/>
        </w:rPr>
        <w:t>PEC:</w:t>
      </w:r>
      <w:r w:rsidR="00AA0E9C">
        <w:rPr>
          <w:lang w:val="it-IT"/>
        </w:rPr>
        <w:t xml:space="preserve"> </w:t>
      </w:r>
      <w:hyperlink r:id="rId9" w:history="1">
        <w:r w:rsidR="00AA0E9C" w:rsidRPr="00736655">
          <w:rPr>
            <w:rStyle w:val="Collegamentoipertestuale"/>
            <w:lang w:val="it-IT"/>
          </w:rPr>
          <w:t>comune.bariano@legalmail.it</w:t>
        </w:r>
      </w:hyperlink>
    </w:p>
    <w:p w14:paraId="3A1C8C8B" w14:textId="77777777" w:rsidR="00AA0E9C" w:rsidRPr="00AA0E9C" w:rsidRDefault="0013113A" w:rsidP="00AA0E9C">
      <w:pPr>
        <w:rPr>
          <w:rFonts w:ascii="Segoe UI" w:hAnsi="Segoe UI" w:cs="Segoe UI"/>
          <w:color w:val="17212B"/>
          <w:sz w:val="27"/>
          <w:szCs w:val="27"/>
          <w:lang w:val="it-IT"/>
        </w:rPr>
      </w:pPr>
      <w:r w:rsidRPr="00AA0E9C">
        <w:rPr>
          <w:lang w:val="it-IT"/>
        </w:rPr>
        <w:t xml:space="preserve">Il Responsabile della Protezione dei dati è: </w:t>
      </w:r>
      <w:r w:rsidR="00AA0E9C" w:rsidRPr="00AA0E9C">
        <w:rPr>
          <w:rFonts w:cs="Calibri"/>
          <w:lang w:val="it-IT"/>
        </w:rPr>
        <w:t>Studio Mangili DPO di Mangili Luigi</w:t>
      </w:r>
    </w:p>
    <w:p w14:paraId="74488EE7" w14:textId="77777777" w:rsidR="00AA0E9C" w:rsidRPr="00CB14A2" w:rsidRDefault="00AA0E9C" w:rsidP="00AA0E9C">
      <w:pPr>
        <w:pStyle w:val="NormaleWeb"/>
        <w:spacing w:before="60" w:beforeAutospacing="0" w:after="120" w:afterAutospacing="0"/>
        <w:jc w:val="both"/>
        <w:rPr>
          <w:rFonts w:ascii="Segoe UI" w:hAnsi="Segoe UI" w:cs="Segoe UI"/>
          <w:color w:val="17212B"/>
          <w:sz w:val="27"/>
          <w:szCs w:val="27"/>
        </w:rPr>
      </w:pPr>
      <w:r w:rsidRPr="00CB14A2">
        <w:rPr>
          <w:rFonts w:ascii="Calibri" w:hAnsi="Calibri" w:cs="Calibri"/>
          <w:bCs/>
          <w:color w:val="000000"/>
          <w:sz w:val="22"/>
          <w:szCs w:val="22"/>
        </w:rPr>
        <w:t>Sede: </w:t>
      </w:r>
      <w:r w:rsidRPr="00CB14A2">
        <w:rPr>
          <w:rFonts w:ascii="Calibri" w:hAnsi="Calibri" w:cs="Calibri"/>
          <w:color w:val="000000"/>
          <w:sz w:val="22"/>
          <w:szCs w:val="22"/>
        </w:rPr>
        <w:t>Via San Vincenzo de Paoli 9, 24023 Clusone (BG), Italia</w:t>
      </w:r>
    </w:p>
    <w:p w14:paraId="1E9F2F07" w14:textId="77777777" w:rsidR="00AA0E9C" w:rsidRPr="00CB14A2" w:rsidRDefault="00AA0E9C" w:rsidP="00AA0E9C">
      <w:pPr>
        <w:pStyle w:val="NormaleWeb"/>
        <w:spacing w:before="60" w:beforeAutospacing="0" w:after="120" w:afterAutospacing="0"/>
        <w:jc w:val="both"/>
        <w:rPr>
          <w:rFonts w:ascii="Segoe UI" w:hAnsi="Segoe UI" w:cs="Segoe UI"/>
          <w:color w:val="17212B"/>
          <w:sz w:val="27"/>
          <w:szCs w:val="27"/>
        </w:rPr>
      </w:pPr>
      <w:r w:rsidRPr="00CB14A2">
        <w:rPr>
          <w:rFonts w:ascii="Calibri" w:hAnsi="Calibri" w:cs="Calibri"/>
          <w:bCs/>
          <w:color w:val="000000"/>
          <w:sz w:val="22"/>
          <w:szCs w:val="22"/>
        </w:rPr>
        <w:t>Telefono: </w:t>
      </w:r>
      <w:r w:rsidRPr="00CB14A2">
        <w:rPr>
          <w:rFonts w:ascii="Calibri" w:hAnsi="Calibri" w:cs="Calibri"/>
          <w:color w:val="000000"/>
          <w:sz w:val="22"/>
          <w:szCs w:val="22"/>
        </w:rPr>
        <w:t>0346 27777</w:t>
      </w:r>
    </w:p>
    <w:p w14:paraId="5BDBE3CD" w14:textId="77777777" w:rsidR="00AA0E9C" w:rsidRPr="00CB14A2" w:rsidRDefault="00AA0E9C" w:rsidP="00AA0E9C">
      <w:pPr>
        <w:pStyle w:val="NormaleWeb"/>
        <w:spacing w:before="60" w:beforeAutospacing="0" w:after="120" w:afterAutospacing="0"/>
        <w:jc w:val="both"/>
        <w:rPr>
          <w:rFonts w:ascii="Segoe UI" w:hAnsi="Segoe UI" w:cs="Segoe UI"/>
          <w:color w:val="17212B"/>
          <w:sz w:val="27"/>
          <w:szCs w:val="27"/>
        </w:rPr>
      </w:pPr>
      <w:r w:rsidRPr="00CB14A2">
        <w:rPr>
          <w:rFonts w:ascii="Calibri" w:hAnsi="Calibri" w:cs="Calibri"/>
          <w:bCs/>
          <w:color w:val="000000"/>
          <w:sz w:val="22"/>
          <w:szCs w:val="22"/>
        </w:rPr>
        <w:t>E-mail: </w:t>
      </w:r>
      <w:r w:rsidRPr="00CB14A2">
        <w:rPr>
          <w:rFonts w:ascii="Calibri" w:hAnsi="Calibri" w:cs="Calibri"/>
          <w:color w:val="000000"/>
          <w:sz w:val="22"/>
          <w:szCs w:val="22"/>
        </w:rPr>
        <w:t>info@mangili.bg.it</w:t>
      </w:r>
    </w:p>
    <w:p w14:paraId="1DBF1B86" w14:textId="77777777" w:rsidR="00AA0E9C" w:rsidRPr="00CB14A2" w:rsidRDefault="00AA0E9C" w:rsidP="00AA0E9C">
      <w:pPr>
        <w:pStyle w:val="NormaleWeb"/>
        <w:spacing w:before="60" w:beforeAutospacing="0" w:after="120" w:afterAutospacing="0"/>
        <w:jc w:val="both"/>
        <w:rPr>
          <w:rFonts w:ascii="Segoe UI" w:hAnsi="Segoe UI" w:cs="Segoe UI"/>
          <w:color w:val="17212B"/>
          <w:sz w:val="27"/>
          <w:szCs w:val="27"/>
        </w:rPr>
      </w:pPr>
      <w:r w:rsidRPr="00CB14A2">
        <w:rPr>
          <w:rFonts w:ascii="Calibri" w:hAnsi="Calibri" w:cs="Calibri"/>
          <w:bCs/>
          <w:color w:val="000000"/>
          <w:sz w:val="22"/>
          <w:szCs w:val="22"/>
        </w:rPr>
        <w:t>PEC: </w:t>
      </w:r>
      <w:r w:rsidRPr="00CB14A2">
        <w:rPr>
          <w:rFonts w:ascii="Calibri" w:hAnsi="Calibri" w:cs="Calibri"/>
          <w:color w:val="000000"/>
          <w:sz w:val="22"/>
          <w:szCs w:val="22"/>
        </w:rPr>
        <w:t>studiomangili@pec.it</w:t>
      </w:r>
    </w:p>
    <w:p w14:paraId="478F944F" w14:textId="77777777" w:rsidR="00AA0E9C" w:rsidRDefault="00AA0E9C" w:rsidP="00CB14A2">
      <w:pPr>
        <w:jc w:val="both"/>
        <w:rPr>
          <w:lang w:val="it-IT"/>
        </w:rPr>
      </w:pPr>
    </w:p>
    <w:p w14:paraId="6A39701D" w14:textId="77777777" w:rsidR="00CB14A2" w:rsidRDefault="0013113A" w:rsidP="00CB14A2">
      <w:pPr>
        <w:jc w:val="both"/>
        <w:rPr>
          <w:lang w:val="it-IT"/>
        </w:rPr>
      </w:pPr>
      <w:r w:rsidRPr="00AA0E9C">
        <w:rPr>
          <w:lang w:val="it-IT"/>
        </w:rPr>
        <w:t xml:space="preserve">Gli interessati hanno il diritto di chiedere al Titolare del trattamento l’accesso ai dati personali e la rettifica o la cancellazione degli stessi o la sola limitazione del trattamento che li riguarda o di opporsi al trattamento (Artt. 15 e ss. del GDPR). Tali diritti possono essere esercitati tramite i contatti elencanti nel punto precedente.  L’informativa completa sul trattamento dei suoi dati personali è disponibile presso gli uffici del Comune e sul sito </w:t>
      </w:r>
      <w:hyperlink r:id="rId10" w:history="1">
        <w:r w:rsidR="00CB14A2" w:rsidRPr="00736655">
          <w:rPr>
            <w:rStyle w:val="Collegamentoipertestuale"/>
            <w:lang w:val="it-IT"/>
          </w:rPr>
          <w:t>https://comune.bariano.bg.it</w:t>
        </w:r>
      </w:hyperlink>
    </w:p>
    <w:p w14:paraId="388F0B70" w14:textId="77777777" w:rsidR="00CB14A2" w:rsidRDefault="00CB14A2" w:rsidP="00CB14A2">
      <w:pPr>
        <w:jc w:val="both"/>
        <w:rPr>
          <w:lang w:val="it-IT"/>
        </w:rPr>
      </w:pPr>
    </w:p>
    <w:p w14:paraId="62B687AD" w14:textId="77777777" w:rsidR="009F60D2" w:rsidRPr="00AA0E9C" w:rsidRDefault="0013113A" w:rsidP="00CB14A2">
      <w:pPr>
        <w:jc w:val="both"/>
        <w:rPr>
          <w:lang w:val="it-IT"/>
        </w:rPr>
      </w:pPr>
      <w:r w:rsidRPr="00AA0E9C">
        <w:rPr>
          <w:lang w:val="it-IT"/>
        </w:rPr>
        <w:t xml:space="preserve"> Lì________________, ___________________  Per presa visione    ______________________________  </w:t>
      </w:r>
    </w:p>
    <w:sectPr w:rsidR="009F60D2" w:rsidRPr="00AA0E9C" w:rsidSect="00034616">
      <w:headerReference w:type="default" r:id="rId11"/>
      <w:footerReference w:type="default" r:id="rId12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07869" w14:textId="77777777" w:rsidR="00806C11" w:rsidRDefault="00CB14A2">
      <w:pPr>
        <w:spacing w:after="0"/>
      </w:pPr>
      <w:r>
        <w:separator/>
      </w:r>
    </w:p>
  </w:endnote>
  <w:endnote w:type="continuationSeparator" w:id="0">
    <w:p w14:paraId="65B0DFCA" w14:textId="77777777" w:rsidR="00806C11" w:rsidRDefault="00CB14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6AB7" w14:textId="77777777" w:rsidR="00C917E0" w:rsidRDefault="00CB14A2">
    <w:pPr>
      <w:pStyle w:val="Pidipagina"/>
      <w:jc w:val="right"/>
    </w:pPr>
    <w:r>
      <w:t xml:space="preserve">Pagina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FD656" w14:textId="77777777" w:rsidR="00806C11" w:rsidRDefault="00CB14A2">
      <w:pPr>
        <w:spacing w:after="0"/>
      </w:pPr>
      <w:r>
        <w:separator/>
      </w:r>
    </w:p>
  </w:footnote>
  <w:footnote w:type="continuationSeparator" w:id="0">
    <w:p w14:paraId="765CC548" w14:textId="77777777" w:rsidR="00806C11" w:rsidRDefault="00CB14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B7A51" w14:textId="4CB707A1" w:rsidR="00C917E0" w:rsidRPr="007041DC" w:rsidRDefault="00CB14A2">
    <w:pPr>
      <w:pStyle w:val="Intestazione"/>
      <w:rPr>
        <w:lang w:val="it-IT"/>
      </w:rPr>
    </w:pPr>
    <w:r w:rsidRPr="007041DC">
      <w:rPr>
        <w:sz w:val="18"/>
        <w:lang w:val="it-IT"/>
      </w:rPr>
      <w:t>COMUNE DI BARIANO | Spazio Compiti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CC1603"/>
    <w:multiLevelType w:val="hybridMultilevel"/>
    <w:tmpl w:val="139467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B64"/>
    <w:rsid w:val="0006063C"/>
    <w:rsid w:val="000D3A6D"/>
    <w:rsid w:val="0013113A"/>
    <w:rsid w:val="0015074B"/>
    <w:rsid w:val="0029639D"/>
    <w:rsid w:val="00326F90"/>
    <w:rsid w:val="007041DC"/>
    <w:rsid w:val="00806C11"/>
    <w:rsid w:val="009E1B56"/>
    <w:rsid w:val="009F60D2"/>
    <w:rsid w:val="00AA0E9C"/>
    <w:rsid w:val="00AA1D8D"/>
    <w:rsid w:val="00B47730"/>
    <w:rsid w:val="00C917E0"/>
    <w:rsid w:val="00CB0664"/>
    <w:rsid w:val="00CB14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A2764"/>
  <w14:defaultImageDpi w14:val="300"/>
  <w15:docId w15:val="{AE89F948-CF7F-42F8-8C06-2CA7D0BA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120"/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AA0E9C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AA0E9C"/>
    <w:pPr>
      <w:spacing w:before="100"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bariano@comune.bariano.bg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omune.bariano.bg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e.bariano@legalmail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4771D2-4B07-474A-BF81-185CD80D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1751</Words>
  <Characters>9982</Characters>
  <Application>Microsoft Office Word</Application>
  <DocSecurity>0</DocSecurity>
  <Lines>83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Protocollo</cp:lastModifiedBy>
  <cp:revision>3</cp:revision>
  <dcterms:created xsi:type="dcterms:W3CDTF">2026-10-05T12:06:00Z</dcterms:created>
  <dcterms:modified xsi:type="dcterms:W3CDTF">2026-10-05T12:21:00Z</dcterms:modified>
  <cp:category/>
</cp:coreProperties>
</file>