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27FD4D0" w14:textId="77777777" w:rsidR="004F73A1" w:rsidRPr="00460739" w:rsidRDefault="003464D2" w:rsidP="00182820">
      <w:pPr>
        <w:jc w:val="center"/>
        <w:rPr>
          <w:rFonts w:ascii="Times New Roman" w:hAnsi="Times New Roman" w:cs="Times New Roman"/>
          <w:sz w:val="24"/>
          <w:szCs w:val="24"/>
        </w:rPr>
      </w:pPr>
      <w:r w:rsidRPr="00460739">
        <w:rPr>
          <w:rFonts w:ascii="Times New Roman" w:hAnsi="Times New Roman" w:cs="Times New Roman"/>
          <w:b/>
          <w:sz w:val="24"/>
          <w:szCs w:val="24"/>
        </w:rPr>
        <w:t>COMUNE DI BARIANO</w:t>
      </w:r>
    </w:p>
    <w:p w14:paraId="4D13FA91" w14:textId="55D54BD1" w:rsidR="004F73A1" w:rsidRPr="00460739" w:rsidRDefault="003464D2" w:rsidP="00182820">
      <w:pPr>
        <w:jc w:val="center"/>
        <w:rPr>
          <w:rFonts w:ascii="Times New Roman" w:hAnsi="Times New Roman" w:cs="Times New Roman"/>
          <w:sz w:val="24"/>
          <w:szCs w:val="24"/>
        </w:rPr>
      </w:pPr>
      <w:proofErr w:type="spellStart"/>
      <w:r w:rsidRPr="00460739">
        <w:rPr>
          <w:rFonts w:ascii="Times New Roman" w:hAnsi="Times New Roman" w:cs="Times New Roman"/>
          <w:sz w:val="24"/>
          <w:szCs w:val="24"/>
        </w:rPr>
        <w:t>Ufficio</w:t>
      </w:r>
      <w:proofErr w:type="spellEnd"/>
      <w:r w:rsidRPr="00460739">
        <w:rPr>
          <w:rFonts w:ascii="Times New Roman" w:hAnsi="Times New Roman" w:cs="Times New Roman"/>
          <w:sz w:val="24"/>
          <w:szCs w:val="24"/>
        </w:rPr>
        <w:t xml:space="preserve"> </w:t>
      </w:r>
      <w:proofErr w:type="spellStart"/>
      <w:r w:rsidRPr="00460739">
        <w:rPr>
          <w:rFonts w:ascii="Times New Roman" w:hAnsi="Times New Roman" w:cs="Times New Roman"/>
          <w:sz w:val="24"/>
          <w:szCs w:val="24"/>
        </w:rPr>
        <w:t>Servizi</w:t>
      </w:r>
      <w:proofErr w:type="spellEnd"/>
      <w:r w:rsidRPr="00460739">
        <w:rPr>
          <w:rFonts w:ascii="Times New Roman" w:hAnsi="Times New Roman" w:cs="Times New Roman"/>
          <w:sz w:val="24"/>
          <w:szCs w:val="24"/>
        </w:rPr>
        <w:t xml:space="preserve"> </w:t>
      </w:r>
      <w:proofErr w:type="spellStart"/>
      <w:r w:rsidRPr="00460739">
        <w:rPr>
          <w:rFonts w:ascii="Times New Roman" w:hAnsi="Times New Roman" w:cs="Times New Roman"/>
          <w:sz w:val="24"/>
          <w:szCs w:val="24"/>
        </w:rPr>
        <w:t>Sociali</w:t>
      </w:r>
      <w:proofErr w:type="spellEnd"/>
    </w:p>
    <w:p w14:paraId="61E41364" w14:textId="77777777" w:rsidR="004F73A1" w:rsidRPr="00460739" w:rsidRDefault="003464D2">
      <w:pPr>
        <w:jc w:val="center"/>
        <w:rPr>
          <w:rFonts w:ascii="Times New Roman" w:hAnsi="Times New Roman" w:cs="Times New Roman"/>
          <w:sz w:val="24"/>
          <w:szCs w:val="24"/>
        </w:rPr>
      </w:pPr>
      <w:r w:rsidRPr="00460739">
        <w:rPr>
          <w:rFonts w:ascii="Times New Roman" w:hAnsi="Times New Roman" w:cs="Times New Roman"/>
          <w:b/>
          <w:sz w:val="24"/>
          <w:szCs w:val="24"/>
        </w:rPr>
        <w:t>DOMANDA DI CONTRIBUTO – FONDO SOCIALE UTENZE DOMESTICHE ANNO 2026</w:t>
      </w:r>
    </w:p>
    <w:p w14:paraId="05C8DA78" w14:textId="77777777" w:rsidR="004F73A1" w:rsidRPr="00460739" w:rsidRDefault="003464D2" w:rsidP="00182820">
      <w:pPr>
        <w:jc w:val="both"/>
        <w:rPr>
          <w:rFonts w:ascii="Times New Roman" w:hAnsi="Times New Roman" w:cs="Times New Roman"/>
          <w:sz w:val="24"/>
          <w:szCs w:val="24"/>
        </w:rPr>
      </w:pPr>
      <w:proofErr w:type="spellStart"/>
      <w:r w:rsidRPr="00460739">
        <w:rPr>
          <w:rFonts w:ascii="Times New Roman" w:hAnsi="Times New Roman" w:cs="Times New Roman"/>
          <w:sz w:val="24"/>
          <w:szCs w:val="24"/>
        </w:rPr>
        <w:t>Istanza</w:t>
      </w:r>
      <w:proofErr w:type="spellEnd"/>
      <w:r w:rsidRPr="00460739">
        <w:rPr>
          <w:rFonts w:ascii="Times New Roman" w:hAnsi="Times New Roman" w:cs="Times New Roman"/>
          <w:sz w:val="24"/>
          <w:szCs w:val="24"/>
        </w:rPr>
        <w:t xml:space="preserve"> per </w:t>
      </w:r>
      <w:proofErr w:type="spellStart"/>
      <w:proofErr w:type="gramStart"/>
      <w:r w:rsidRPr="00460739">
        <w:rPr>
          <w:rFonts w:ascii="Times New Roman" w:hAnsi="Times New Roman" w:cs="Times New Roman"/>
          <w:sz w:val="24"/>
          <w:szCs w:val="24"/>
        </w:rPr>
        <w:t>il</w:t>
      </w:r>
      <w:proofErr w:type="spellEnd"/>
      <w:proofErr w:type="gramEnd"/>
      <w:r w:rsidRPr="00460739">
        <w:rPr>
          <w:rFonts w:ascii="Times New Roman" w:hAnsi="Times New Roman" w:cs="Times New Roman"/>
          <w:sz w:val="24"/>
          <w:szCs w:val="24"/>
        </w:rPr>
        <w:t xml:space="preserve"> </w:t>
      </w:r>
      <w:proofErr w:type="spellStart"/>
      <w:r w:rsidRPr="00460739">
        <w:rPr>
          <w:rFonts w:ascii="Times New Roman" w:hAnsi="Times New Roman" w:cs="Times New Roman"/>
          <w:sz w:val="24"/>
          <w:szCs w:val="24"/>
        </w:rPr>
        <w:t>parziale</w:t>
      </w:r>
      <w:proofErr w:type="spellEnd"/>
      <w:r w:rsidRPr="00460739">
        <w:rPr>
          <w:rFonts w:ascii="Times New Roman" w:hAnsi="Times New Roman" w:cs="Times New Roman"/>
          <w:sz w:val="24"/>
          <w:szCs w:val="24"/>
        </w:rPr>
        <w:t xml:space="preserve"> </w:t>
      </w:r>
      <w:proofErr w:type="spellStart"/>
      <w:r w:rsidRPr="00460739">
        <w:rPr>
          <w:rFonts w:ascii="Times New Roman" w:hAnsi="Times New Roman" w:cs="Times New Roman"/>
          <w:sz w:val="24"/>
          <w:szCs w:val="24"/>
        </w:rPr>
        <w:t>rimborso</w:t>
      </w:r>
      <w:proofErr w:type="spellEnd"/>
      <w:r w:rsidRPr="00460739">
        <w:rPr>
          <w:rFonts w:ascii="Times New Roman" w:hAnsi="Times New Roman" w:cs="Times New Roman"/>
          <w:sz w:val="24"/>
          <w:szCs w:val="24"/>
        </w:rPr>
        <w:t xml:space="preserve"> </w:t>
      </w:r>
      <w:proofErr w:type="spellStart"/>
      <w:r w:rsidRPr="00460739">
        <w:rPr>
          <w:rFonts w:ascii="Times New Roman" w:hAnsi="Times New Roman" w:cs="Times New Roman"/>
          <w:sz w:val="24"/>
          <w:szCs w:val="24"/>
        </w:rPr>
        <w:t>delle</w:t>
      </w:r>
      <w:proofErr w:type="spellEnd"/>
      <w:r w:rsidRPr="00460739">
        <w:rPr>
          <w:rFonts w:ascii="Times New Roman" w:hAnsi="Times New Roman" w:cs="Times New Roman"/>
          <w:sz w:val="24"/>
          <w:szCs w:val="24"/>
        </w:rPr>
        <w:t xml:space="preserve"> </w:t>
      </w:r>
      <w:proofErr w:type="spellStart"/>
      <w:r w:rsidRPr="00460739">
        <w:rPr>
          <w:rFonts w:ascii="Times New Roman" w:hAnsi="Times New Roman" w:cs="Times New Roman"/>
          <w:sz w:val="24"/>
          <w:szCs w:val="24"/>
        </w:rPr>
        <w:t>spese</w:t>
      </w:r>
      <w:proofErr w:type="spellEnd"/>
      <w:r w:rsidRPr="00460739">
        <w:rPr>
          <w:rFonts w:ascii="Times New Roman" w:hAnsi="Times New Roman" w:cs="Times New Roman"/>
          <w:sz w:val="24"/>
          <w:szCs w:val="24"/>
        </w:rPr>
        <w:t xml:space="preserve"> </w:t>
      </w:r>
      <w:proofErr w:type="spellStart"/>
      <w:r w:rsidRPr="00460739">
        <w:rPr>
          <w:rFonts w:ascii="Times New Roman" w:hAnsi="Times New Roman" w:cs="Times New Roman"/>
          <w:sz w:val="24"/>
          <w:szCs w:val="24"/>
        </w:rPr>
        <w:t>sostenute</w:t>
      </w:r>
      <w:proofErr w:type="spellEnd"/>
      <w:r w:rsidRPr="00460739">
        <w:rPr>
          <w:rFonts w:ascii="Times New Roman" w:hAnsi="Times New Roman" w:cs="Times New Roman"/>
          <w:sz w:val="24"/>
          <w:szCs w:val="24"/>
        </w:rPr>
        <w:t xml:space="preserve"> per gas, </w:t>
      </w:r>
      <w:proofErr w:type="spellStart"/>
      <w:r w:rsidRPr="00460739">
        <w:rPr>
          <w:rFonts w:ascii="Times New Roman" w:hAnsi="Times New Roman" w:cs="Times New Roman"/>
          <w:sz w:val="24"/>
          <w:szCs w:val="24"/>
        </w:rPr>
        <w:t>energia</w:t>
      </w:r>
      <w:proofErr w:type="spellEnd"/>
      <w:r w:rsidRPr="00460739">
        <w:rPr>
          <w:rFonts w:ascii="Times New Roman" w:hAnsi="Times New Roman" w:cs="Times New Roman"/>
          <w:sz w:val="24"/>
          <w:szCs w:val="24"/>
        </w:rPr>
        <w:t xml:space="preserve"> </w:t>
      </w:r>
      <w:proofErr w:type="spellStart"/>
      <w:r w:rsidRPr="00460739">
        <w:rPr>
          <w:rFonts w:ascii="Times New Roman" w:hAnsi="Times New Roman" w:cs="Times New Roman"/>
          <w:sz w:val="24"/>
          <w:szCs w:val="24"/>
        </w:rPr>
        <w:t>elettrica</w:t>
      </w:r>
      <w:proofErr w:type="spellEnd"/>
      <w:r w:rsidRPr="00460739">
        <w:rPr>
          <w:rFonts w:ascii="Times New Roman" w:hAnsi="Times New Roman" w:cs="Times New Roman"/>
          <w:sz w:val="24"/>
          <w:szCs w:val="24"/>
        </w:rPr>
        <w:t xml:space="preserve"> e </w:t>
      </w:r>
      <w:proofErr w:type="spellStart"/>
      <w:r w:rsidRPr="00460739">
        <w:rPr>
          <w:rFonts w:ascii="Times New Roman" w:hAnsi="Times New Roman" w:cs="Times New Roman"/>
          <w:sz w:val="24"/>
          <w:szCs w:val="24"/>
        </w:rPr>
        <w:t>acqua</w:t>
      </w:r>
      <w:proofErr w:type="spellEnd"/>
      <w:r w:rsidRPr="00460739">
        <w:rPr>
          <w:rFonts w:ascii="Times New Roman" w:hAnsi="Times New Roman" w:cs="Times New Roman"/>
          <w:sz w:val="24"/>
          <w:szCs w:val="24"/>
        </w:rPr>
        <w:t xml:space="preserve"> relative </w:t>
      </w:r>
      <w:proofErr w:type="spellStart"/>
      <w:r w:rsidRPr="00460739">
        <w:rPr>
          <w:rFonts w:ascii="Times New Roman" w:hAnsi="Times New Roman" w:cs="Times New Roman"/>
          <w:sz w:val="24"/>
          <w:szCs w:val="24"/>
        </w:rPr>
        <w:t>all’abitazione</w:t>
      </w:r>
      <w:proofErr w:type="spellEnd"/>
      <w:r w:rsidRPr="00460739">
        <w:rPr>
          <w:rFonts w:ascii="Times New Roman" w:hAnsi="Times New Roman" w:cs="Times New Roman"/>
          <w:sz w:val="24"/>
          <w:szCs w:val="24"/>
        </w:rPr>
        <w:t xml:space="preserve"> </w:t>
      </w:r>
      <w:proofErr w:type="spellStart"/>
      <w:r w:rsidRPr="00460739">
        <w:rPr>
          <w:rFonts w:ascii="Times New Roman" w:hAnsi="Times New Roman" w:cs="Times New Roman"/>
          <w:sz w:val="24"/>
          <w:szCs w:val="24"/>
        </w:rPr>
        <w:t>principale</w:t>
      </w:r>
      <w:proofErr w:type="spellEnd"/>
      <w:r w:rsidRPr="00460739">
        <w:rPr>
          <w:rFonts w:ascii="Times New Roman" w:hAnsi="Times New Roman" w:cs="Times New Roman"/>
          <w:sz w:val="24"/>
          <w:szCs w:val="24"/>
        </w:rPr>
        <w:t>.</w:t>
      </w:r>
    </w:p>
    <w:p w14:paraId="0571D9BB" w14:textId="141BC143" w:rsidR="004F73A1" w:rsidRPr="00460739" w:rsidRDefault="003464D2">
      <w:pPr>
        <w:rPr>
          <w:rFonts w:ascii="Times New Roman" w:hAnsi="Times New Roman" w:cs="Times New Roman"/>
          <w:sz w:val="24"/>
          <w:szCs w:val="24"/>
        </w:rPr>
      </w:pPr>
      <w:r w:rsidRPr="00460739">
        <w:rPr>
          <w:rFonts w:ascii="Times New Roman" w:hAnsi="Times New Roman" w:cs="Times New Roman"/>
          <w:sz w:val="24"/>
          <w:szCs w:val="24"/>
        </w:rPr>
        <w:t xml:space="preserve">Il/La </w:t>
      </w:r>
      <w:proofErr w:type="spellStart"/>
      <w:r w:rsidRPr="00460739">
        <w:rPr>
          <w:rFonts w:ascii="Times New Roman" w:hAnsi="Times New Roman" w:cs="Times New Roman"/>
          <w:sz w:val="24"/>
          <w:szCs w:val="24"/>
        </w:rPr>
        <w:t>sottoscritto</w:t>
      </w:r>
      <w:proofErr w:type="spellEnd"/>
      <w:r w:rsidRPr="00460739">
        <w:rPr>
          <w:rFonts w:ascii="Times New Roman" w:hAnsi="Times New Roman" w:cs="Times New Roman"/>
          <w:sz w:val="24"/>
          <w:szCs w:val="24"/>
        </w:rPr>
        <w:t>/a ________________________________________________________________________</w:t>
      </w:r>
      <w:r w:rsidR="00182820">
        <w:rPr>
          <w:rFonts w:ascii="Times New Roman" w:hAnsi="Times New Roman" w:cs="Times New Roman"/>
          <w:sz w:val="24"/>
          <w:szCs w:val="24"/>
        </w:rPr>
        <w:t>_________</w:t>
      </w:r>
    </w:p>
    <w:p w14:paraId="7BBA8DE2" w14:textId="77777777" w:rsidR="004F73A1" w:rsidRPr="00460739" w:rsidRDefault="003464D2">
      <w:pPr>
        <w:rPr>
          <w:rFonts w:ascii="Times New Roman" w:hAnsi="Times New Roman" w:cs="Times New Roman"/>
          <w:sz w:val="24"/>
          <w:szCs w:val="24"/>
        </w:rPr>
      </w:pPr>
      <w:proofErr w:type="spellStart"/>
      <w:proofErr w:type="gramStart"/>
      <w:r w:rsidRPr="00460739">
        <w:rPr>
          <w:rFonts w:ascii="Times New Roman" w:hAnsi="Times New Roman" w:cs="Times New Roman"/>
          <w:sz w:val="24"/>
          <w:szCs w:val="24"/>
        </w:rPr>
        <w:t>nato</w:t>
      </w:r>
      <w:proofErr w:type="spellEnd"/>
      <w:r w:rsidRPr="00460739">
        <w:rPr>
          <w:rFonts w:ascii="Times New Roman" w:hAnsi="Times New Roman" w:cs="Times New Roman"/>
          <w:sz w:val="24"/>
          <w:szCs w:val="24"/>
        </w:rPr>
        <w:t>/</w:t>
      </w:r>
      <w:proofErr w:type="gramEnd"/>
      <w:r w:rsidRPr="00460739">
        <w:rPr>
          <w:rFonts w:ascii="Times New Roman" w:hAnsi="Times New Roman" w:cs="Times New Roman"/>
          <w:sz w:val="24"/>
          <w:szCs w:val="24"/>
        </w:rPr>
        <w:t xml:space="preserve">a a __________________________________________ </w:t>
      </w:r>
      <w:proofErr w:type="spellStart"/>
      <w:r w:rsidRPr="00460739">
        <w:rPr>
          <w:rFonts w:ascii="Times New Roman" w:hAnsi="Times New Roman" w:cs="Times New Roman"/>
          <w:sz w:val="24"/>
          <w:szCs w:val="24"/>
        </w:rPr>
        <w:t>il</w:t>
      </w:r>
      <w:proofErr w:type="spellEnd"/>
      <w:r w:rsidRPr="00460739">
        <w:rPr>
          <w:rFonts w:ascii="Times New Roman" w:hAnsi="Times New Roman" w:cs="Times New Roman"/>
          <w:sz w:val="24"/>
          <w:szCs w:val="24"/>
        </w:rPr>
        <w:t xml:space="preserve"> ______________________________</w:t>
      </w:r>
    </w:p>
    <w:p w14:paraId="3EE204B9" w14:textId="77777777" w:rsidR="004F73A1" w:rsidRPr="00460739" w:rsidRDefault="003464D2">
      <w:pPr>
        <w:rPr>
          <w:rFonts w:ascii="Times New Roman" w:hAnsi="Times New Roman" w:cs="Times New Roman"/>
          <w:sz w:val="24"/>
          <w:szCs w:val="24"/>
        </w:rPr>
      </w:pPr>
      <w:proofErr w:type="spellStart"/>
      <w:proofErr w:type="gramStart"/>
      <w:r w:rsidRPr="00460739">
        <w:rPr>
          <w:rFonts w:ascii="Times New Roman" w:hAnsi="Times New Roman" w:cs="Times New Roman"/>
          <w:sz w:val="24"/>
          <w:szCs w:val="24"/>
        </w:rPr>
        <w:t>residente</w:t>
      </w:r>
      <w:proofErr w:type="spellEnd"/>
      <w:proofErr w:type="gramEnd"/>
      <w:r w:rsidRPr="00460739">
        <w:rPr>
          <w:rFonts w:ascii="Times New Roman" w:hAnsi="Times New Roman" w:cs="Times New Roman"/>
          <w:sz w:val="24"/>
          <w:szCs w:val="24"/>
        </w:rPr>
        <w:t xml:space="preserve"> in </w:t>
      </w:r>
      <w:proofErr w:type="spellStart"/>
      <w:r w:rsidRPr="00460739">
        <w:rPr>
          <w:rFonts w:ascii="Times New Roman" w:hAnsi="Times New Roman" w:cs="Times New Roman"/>
          <w:sz w:val="24"/>
          <w:szCs w:val="24"/>
        </w:rPr>
        <w:t>Bariano</w:t>
      </w:r>
      <w:proofErr w:type="spellEnd"/>
      <w:r w:rsidRPr="00460739">
        <w:rPr>
          <w:rFonts w:ascii="Times New Roman" w:hAnsi="Times New Roman" w:cs="Times New Roman"/>
          <w:sz w:val="24"/>
          <w:szCs w:val="24"/>
        </w:rPr>
        <w:t>, via/piazza __________________________________________ n. __________</w:t>
      </w:r>
    </w:p>
    <w:p w14:paraId="7FDBFD27" w14:textId="45DCDE11" w:rsidR="004F73A1" w:rsidRPr="00460739" w:rsidRDefault="003464D2">
      <w:pPr>
        <w:rPr>
          <w:rFonts w:ascii="Times New Roman" w:hAnsi="Times New Roman" w:cs="Times New Roman"/>
          <w:sz w:val="24"/>
          <w:szCs w:val="24"/>
        </w:rPr>
      </w:pPr>
      <w:proofErr w:type="spellStart"/>
      <w:proofErr w:type="gramStart"/>
      <w:r w:rsidRPr="00460739">
        <w:rPr>
          <w:rFonts w:ascii="Times New Roman" w:hAnsi="Times New Roman" w:cs="Times New Roman"/>
          <w:sz w:val="24"/>
          <w:szCs w:val="24"/>
        </w:rPr>
        <w:t>telefono</w:t>
      </w:r>
      <w:proofErr w:type="spellEnd"/>
      <w:proofErr w:type="gramEnd"/>
      <w:r w:rsidRPr="00460739">
        <w:rPr>
          <w:rFonts w:ascii="Times New Roman" w:hAnsi="Times New Roman" w:cs="Times New Roman"/>
          <w:sz w:val="24"/>
          <w:szCs w:val="24"/>
        </w:rPr>
        <w:t xml:space="preserve"> __________________________ e-mail ______________</w:t>
      </w:r>
      <w:r w:rsidR="00182820">
        <w:rPr>
          <w:rFonts w:ascii="Times New Roman" w:hAnsi="Times New Roman" w:cs="Times New Roman"/>
          <w:sz w:val="24"/>
          <w:szCs w:val="24"/>
        </w:rPr>
        <w:t>___________________________</w:t>
      </w:r>
      <w:bookmarkStart w:id="0" w:name="_GoBack"/>
      <w:bookmarkEnd w:id="0"/>
    </w:p>
    <w:p w14:paraId="358BBA1A" w14:textId="77777777" w:rsidR="004F73A1" w:rsidRPr="00460739" w:rsidRDefault="003464D2">
      <w:pPr>
        <w:jc w:val="center"/>
        <w:rPr>
          <w:rFonts w:ascii="Times New Roman" w:hAnsi="Times New Roman" w:cs="Times New Roman"/>
          <w:sz w:val="24"/>
          <w:szCs w:val="24"/>
        </w:rPr>
      </w:pPr>
      <w:r w:rsidRPr="00460739">
        <w:rPr>
          <w:rFonts w:ascii="Times New Roman" w:hAnsi="Times New Roman" w:cs="Times New Roman"/>
          <w:b/>
          <w:sz w:val="24"/>
          <w:szCs w:val="24"/>
        </w:rPr>
        <w:t>CHIEDE</w:t>
      </w:r>
    </w:p>
    <w:p w14:paraId="4C6F57E1" w14:textId="77777777" w:rsidR="004F73A1" w:rsidRPr="00460739" w:rsidRDefault="003464D2" w:rsidP="00182820">
      <w:pPr>
        <w:jc w:val="both"/>
        <w:rPr>
          <w:rFonts w:ascii="Times New Roman" w:hAnsi="Times New Roman" w:cs="Times New Roman"/>
          <w:sz w:val="24"/>
          <w:szCs w:val="24"/>
        </w:rPr>
      </w:pPr>
      <w:proofErr w:type="gramStart"/>
      <w:r w:rsidRPr="00460739">
        <w:rPr>
          <w:rFonts w:ascii="Times New Roman" w:hAnsi="Times New Roman" w:cs="Times New Roman"/>
          <w:sz w:val="24"/>
          <w:szCs w:val="24"/>
        </w:rPr>
        <w:t>di</w:t>
      </w:r>
      <w:proofErr w:type="gramEnd"/>
      <w:r w:rsidRPr="00460739">
        <w:rPr>
          <w:rFonts w:ascii="Times New Roman" w:hAnsi="Times New Roman" w:cs="Times New Roman"/>
          <w:sz w:val="24"/>
          <w:szCs w:val="24"/>
        </w:rPr>
        <w:t xml:space="preserve"> </w:t>
      </w:r>
      <w:proofErr w:type="spellStart"/>
      <w:r w:rsidRPr="00460739">
        <w:rPr>
          <w:rFonts w:ascii="Times New Roman" w:hAnsi="Times New Roman" w:cs="Times New Roman"/>
          <w:sz w:val="24"/>
          <w:szCs w:val="24"/>
        </w:rPr>
        <w:t>essere</w:t>
      </w:r>
      <w:proofErr w:type="spellEnd"/>
      <w:r w:rsidRPr="00460739">
        <w:rPr>
          <w:rFonts w:ascii="Times New Roman" w:hAnsi="Times New Roman" w:cs="Times New Roman"/>
          <w:sz w:val="24"/>
          <w:szCs w:val="24"/>
        </w:rPr>
        <w:t xml:space="preserve"> </w:t>
      </w:r>
      <w:proofErr w:type="spellStart"/>
      <w:r w:rsidRPr="00460739">
        <w:rPr>
          <w:rFonts w:ascii="Times New Roman" w:hAnsi="Times New Roman" w:cs="Times New Roman"/>
          <w:sz w:val="24"/>
          <w:szCs w:val="24"/>
        </w:rPr>
        <w:t>ammesso</w:t>
      </w:r>
      <w:proofErr w:type="spellEnd"/>
      <w:r w:rsidRPr="00460739">
        <w:rPr>
          <w:rFonts w:ascii="Times New Roman" w:hAnsi="Times New Roman" w:cs="Times New Roman"/>
          <w:sz w:val="24"/>
          <w:szCs w:val="24"/>
        </w:rPr>
        <w:t xml:space="preserve">/a al </w:t>
      </w:r>
      <w:proofErr w:type="spellStart"/>
      <w:r w:rsidRPr="00460739">
        <w:rPr>
          <w:rFonts w:ascii="Times New Roman" w:hAnsi="Times New Roman" w:cs="Times New Roman"/>
          <w:sz w:val="24"/>
          <w:szCs w:val="24"/>
        </w:rPr>
        <w:t>contributo</w:t>
      </w:r>
      <w:proofErr w:type="spellEnd"/>
      <w:r w:rsidRPr="00460739">
        <w:rPr>
          <w:rFonts w:ascii="Times New Roman" w:hAnsi="Times New Roman" w:cs="Times New Roman"/>
          <w:sz w:val="24"/>
          <w:szCs w:val="24"/>
        </w:rPr>
        <w:t xml:space="preserve"> </w:t>
      </w:r>
      <w:proofErr w:type="spellStart"/>
      <w:r w:rsidRPr="00460739">
        <w:rPr>
          <w:rFonts w:ascii="Times New Roman" w:hAnsi="Times New Roman" w:cs="Times New Roman"/>
          <w:sz w:val="24"/>
          <w:szCs w:val="24"/>
        </w:rPr>
        <w:t>previsto</w:t>
      </w:r>
      <w:proofErr w:type="spellEnd"/>
      <w:r w:rsidRPr="00460739">
        <w:rPr>
          <w:rFonts w:ascii="Times New Roman" w:hAnsi="Times New Roman" w:cs="Times New Roman"/>
          <w:sz w:val="24"/>
          <w:szCs w:val="24"/>
        </w:rPr>
        <w:t xml:space="preserve"> dal Bando </w:t>
      </w:r>
      <w:proofErr w:type="spellStart"/>
      <w:r w:rsidRPr="00460739">
        <w:rPr>
          <w:rFonts w:ascii="Times New Roman" w:hAnsi="Times New Roman" w:cs="Times New Roman"/>
          <w:sz w:val="24"/>
          <w:szCs w:val="24"/>
        </w:rPr>
        <w:t>Fondo</w:t>
      </w:r>
      <w:proofErr w:type="spellEnd"/>
      <w:r w:rsidRPr="00460739">
        <w:rPr>
          <w:rFonts w:ascii="Times New Roman" w:hAnsi="Times New Roman" w:cs="Times New Roman"/>
          <w:sz w:val="24"/>
          <w:szCs w:val="24"/>
        </w:rPr>
        <w:t xml:space="preserve"> </w:t>
      </w:r>
      <w:proofErr w:type="spellStart"/>
      <w:r w:rsidRPr="00460739">
        <w:rPr>
          <w:rFonts w:ascii="Times New Roman" w:hAnsi="Times New Roman" w:cs="Times New Roman"/>
          <w:sz w:val="24"/>
          <w:szCs w:val="24"/>
        </w:rPr>
        <w:t>Sociale</w:t>
      </w:r>
      <w:proofErr w:type="spellEnd"/>
      <w:r w:rsidRPr="00460739">
        <w:rPr>
          <w:rFonts w:ascii="Times New Roman" w:hAnsi="Times New Roman" w:cs="Times New Roman"/>
          <w:sz w:val="24"/>
          <w:szCs w:val="24"/>
        </w:rPr>
        <w:t xml:space="preserve"> </w:t>
      </w:r>
      <w:proofErr w:type="spellStart"/>
      <w:r w:rsidRPr="00460739">
        <w:rPr>
          <w:rFonts w:ascii="Times New Roman" w:hAnsi="Times New Roman" w:cs="Times New Roman"/>
          <w:sz w:val="24"/>
          <w:szCs w:val="24"/>
        </w:rPr>
        <w:t>Utenze</w:t>
      </w:r>
      <w:proofErr w:type="spellEnd"/>
      <w:r w:rsidRPr="00460739">
        <w:rPr>
          <w:rFonts w:ascii="Times New Roman" w:hAnsi="Times New Roman" w:cs="Times New Roman"/>
          <w:sz w:val="24"/>
          <w:szCs w:val="24"/>
        </w:rPr>
        <w:t xml:space="preserve"> </w:t>
      </w:r>
      <w:proofErr w:type="spellStart"/>
      <w:r w:rsidRPr="00460739">
        <w:rPr>
          <w:rFonts w:ascii="Times New Roman" w:hAnsi="Times New Roman" w:cs="Times New Roman"/>
          <w:sz w:val="24"/>
          <w:szCs w:val="24"/>
        </w:rPr>
        <w:t>Domestiche</w:t>
      </w:r>
      <w:proofErr w:type="spellEnd"/>
      <w:r w:rsidRPr="00460739">
        <w:rPr>
          <w:rFonts w:ascii="Times New Roman" w:hAnsi="Times New Roman" w:cs="Times New Roman"/>
          <w:sz w:val="24"/>
          <w:szCs w:val="24"/>
        </w:rPr>
        <w:t xml:space="preserve"> anno 2026 del </w:t>
      </w:r>
      <w:proofErr w:type="spellStart"/>
      <w:r w:rsidRPr="00460739">
        <w:rPr>
          <w:rFonts w:ascii="Times New Roman" w:hAnsi="Times New Roman" w:cs="Times New Roman"/>
          <w:sz w:val="24"/>
          <w:szCs w:val="24"/>
        </w:rPr>
        <w:t>Comune</w:t>
      </w:r>
      <w:proofErr w:type="spellEnd"/>
      <w:r w:rsidRPr="00460739">
        <w:rPr>
          <w:rFonts w:ascii="Times New Roman" w:hAnsi="Times New Roman" w:cs="Times New Roman"/>
          <w:sz w:val="24"/>
          <w:szCs w:val="24"/>
        </w:rPr>
        <w:t xml:space="preserve"> di </w:t>
      </w:r>
      <w:proofErr w:type="spellStart"/>
      <w:r w:rsidRPr="00460739">
        <w:rPr>
          <w:rFonts w:ascii="Times New Roman" w:hAnsi="Times New Roman" w:cs="Times New Roman"/>
          <w:sz w:val="24"/>
          <w:szCs w:val="24"/>
        </w:rPr>
        <w:t>Bariano</w:t>
      </w:r>
      <w:proofErr w:type="spellEnd"/>
      <w:r w:rsidRPr="00460739">
        <w:rPr>
          <w:rFonts w:ascii="Times New Roman" w:hAnsi="Times New Roman" w:cs="Times New Roman"/>
          <w:sz w:val="24"/>
          <w:szCs w:val="24"/>
        </w:rPr>
        <w:t>.</w:t>
      </w:r>
    </w:p>
    <w:p w14:paraId="668B23CF" w14:textId="77777777" w:rsidR="004F73A1" w:rsidRPr="00460739" w:rsidRDefault="003464D2" w:rsidP="00182820">
      <w:pPr>
        <w:jc w:val="both"/>
        <w:rPr>
          <w:rFonts w:ascii="Times New Roman" w:hAnsi="Times New Roman" w:cs="Times New Roman"/>
          <w:sz w:val="24"/>
          <w:szCs w:val="24"/>
        </w:rPr>
      </w:pPr>
      <w:r w:rsidRPr="00460739">
        <w:rPr>
          <w:rFonts w:ascii="Times New Roman" w:hAnsi="Times New Roman" w:cs="Times New Roman"/>
          <w:sz w:val="24"/>
          <w:szCs w:val="24"/>
        </w:rPr>
        <w:t xml:space="preserve">A </w:t>
      </w:r>
      <w:proofErr w:type="spellStart"/>
      <w:proofErr w:type="gramStart"/>
      <w:r w:rsidRPr="00460739">
        <w:rPr>
          <w:rFonts w:ascii="Times New Roman" w:hAnsi="Times New Roman" w:cs="Times New Roman"/>
          <w:sz w:val="24"/>
          <w:szCs w:val="24"/>
        </w:rPr>
        <w:t>tal</w:t>
      </w:r>
      <w:proofErr w:type="spellEnd"/>
      <w:proofErr w:type="gramEnd"/>
      <w:r w:rsidRPr="00460739">
        <w:rPr>
          <w:rFonts w:ascii="Times New Roman" w:hAnsi="Times New Roman" w:cs="Times New Roman"/>
          <w:sz w:val="24"/>
          <w:szCs w:val="24"/>
        </w:rPr>
        <w:t xml:space="preserve"> fine, </w:t>
      </w:r>
      <w:proofErr w:type="spellStart"/>
      <w:r w:rsidRPr="00460739">
        <w:rPr>
          <w:rFonts w:ascii="Times New Roman" w:hAnsi="Times New Roman" w:cs="Times New Roman"/>
          <w:sz w:val="24"/>
          <w:szCs w:val="24"/>
        </w:rPr>
        <w:t>consapevole</w:t>
      </w:r>
      <w:proofErr w:type="spellEnd"/>
      <w:r w:rsidRPr="00460739">
        <w:rPr>
          <w:rFonts w:ascii="Times New Roman" w:hAnsi="Times New Roman" w:cs="Times New Roman"/>
          <w:sz w:val="24"/>
          <w:szCs w:val="24"/>
        </w:rPr>
        <w:t xml:space="preserve"> </w:t>
      </w:r>
      <w:proofErr w:type="spellStart"/>
      <w:r w:rsidRPr="00460739">
        <w:rPr>
          <w:rFonts w:ascii="Times New Roman" w:hAnsi="Times New Roman" w:cs="Times New Roman"/>
          <w:sz w:val="24"/>
          <w:szCs w:val="24"/>
        </w:rPr>
        <w:t>delle</w:t>
      </w:r>
      <w:proofErr w:type="spellEnd"/>
      <w:r w:rsidRPr="00460739">
        <w:rPr>
          <w:rFonts w:ascii="Times New Roman" w:hAnsi="Times New Roman" w:cs="Times New Roman"/>
          <w:sz w:val="24"/>
          <w:szCs w:val="24"/>
        </w:rPr>
        <w:t xml:space="preserve"> </w:t>
      </w:r>
      <w:proofErr w:type="spellStart"/>
      <w:r w:rsidRPr="00460739">
        <w:rPr>
          <w:rFonts w:ascii="Times New Roman" w:hAnsi="Times New Roman" w:cs="Times New Roman"/>
          <w:sz w:val="24"/>
          <w:szCs w:val="24"/>
        </w:rPr>
        <w:t>responsabilità</w:t>
      </w:r>
      <w:proofErr w:type="spellEnd"/>
      <w:r w:rsidRPr="00460739">
        <w:rPr>
          <w:rFonts w:ascii="Times New Roman" w:hAnsi="Times New Roman" w:cs="Times New Roman"/>
          <w:sz w:val="24"/>
          <w:szCs w:val="24"/>
        </w:rPr>
        <w:t xml:space="preserve"> e </w:t>
      </w:r>
      <w:proofErr w:type="spellStart"/>
      <w:r w:rsidRPr="00460739">
        <w:rPr>
          <w:rFonts w:ascii="Times New Roman" w:hAnsi="Times New Roman" w:cs="Times New Roman"/>
          <w:sz w:val="24"/>
          <w:szCs w:val="24"/>
        </w:rPr>
        <w:t>delle</w:t>
      </w:r>
      <w:proofErr w:type="spellEnd"/>
      <w:r w:rsidRPr="00460739">
        <w:rPr>
          <w:rFonts w:ascii="Times New Roman" w:hAnsi="Times New Roman" w:cs="Times New Roman"/>
          <w:sz w:val="24"/>
          <w:szCs w:val="24"/>
        </w:rPr>
        <w:t xml:space="preserve"> </w:t>
      </w:r>
      <w:proofErr w:type="spellStart"/>
      <w:r w:rsidRPr="00460739">
        <w:rPr>
          <w:rFonts w:ascii="Times New Roman" w:hAnsi="Times New Roman" w:cs="Times New Roman"/>
          <w:sz w:val="24"/>
          <w:szCs w:val="24"/>
        </w:rPr>
        <w:t>conseguenze</w:t>
      </w:r>
      <w:proofErr w:type="spellEnd"/>
      <w:r w:rsidRPr="00460739">
        <w:rPr>
          <w:rFonts w:ascii="Times New Roman" w:hAnsi="Times New Roman" w:cs="Times New Roman"/>
          <w:sz w:val="24"/>
          <w:szCs w:val="24"/>
        </w:rPr>
        <w:t xml:space="preserve"> </w:t>
      </w:r>
      <w:proofErr w:type="spellStart"/>
      <w:r w:rsidRPr="00460739">
        <w:rPr>
          <w:rFonts w:ascii="Times New Roman" w:hAnsi="Times New Roman" w:cs="Times New Roman"/>
          <w:sz w:val="24"/>
          <w:szCs w:val="24"/>
        </w:rPr>
        <w:t>previste</w:t>
      </w:r>
      <w:proofErr w:type="spellEnd"/>
      <w:r w:rsidRPr="00460739">
        <w:rPr>
          <w:rFonts w:ascii="Times New Roman" w:hAnsi="Times New Roman" w:cs="Times New Roman"/>
          <w:sz w:val="24"/>
          <w:szCs w:val="24"/>
        </w:rPr>
        <w:t xml:space="preserve"> </w:t>
      </w:r>
      <w:proofErr w:type="spellStart"/>
      <w:r w:rsidRPr="00460739">
        <w:rPr>
          <w:rFonts w:ascii="Times New Roman" w:hAnsi="Times New Roman" w:cs="Times New Roman"/>
          <w:sz w:val="24"/>
          <w:szCs w:val="24"/>
        </w:rPr>
        <w:t>dagli</w:t>
      </w:r>
      <w:proofErr w:type="spellEnd"/>
      <w:r w:rsidRPr="00460739">
        <w:rPr>
          <w:rFonts w:ascii="Times New Roman" w:hAnsi="Times New Roman" w:cs="Times New Roman"/>
          <w:sz w:val="24"/>
          <w:szCs w:val="24"/>
        </w:rPr>
        <w:t xml:space="preserve"> </w:t>
      </w:r>
      <w:proofErr w:type="spellStart"/>
      <w:r w:rsidRPr="00460739">
        <w:rPr>
          <w:rFonts w:ascii="Times New Roman" w:hAnsi="Times New Roman" w:cs="Times New Roman"/>
          <w:sz w:val="24"/>
          <w:szCs w:val="24"/>
        </w:rPr>
        <w:t>artt</w:t>
      </w:r>
      <w:proofErr w:type="spellEnd"/>
      <w:r w:rsidRPr="00460739">
        <w:rPr>
          <w:rFonts w:ascii="Times New Roman" w:hAnsi="Times New Roman" w:cs="Times New Roman"/>
          <w:sz w:val="24"/>
          <w:szCs w:val="24"/>
        </w:rPr>
        <w:t xml:space="preserve">. 75 e 76 </w:t>
      </w:r>
      <w:proofErr w:type="gramStart"/>
      <w:r w:rsidRPr="00460739">
        <w:rPr>
          <w:rFonts w:ascii="Times New Roman" w:hAnsi="Times New Roman" w:cs="Times New Roman"/>
          <w:sz w:val="24"/>
          <w:szCs w:val="24"/>
        </w:rPr>
        <w:t>del</w:t>
      </w:r>
      <w:proofErr w:type="gramEnd"/>
      <w:r w:rsidRPr="00460739">
        <w:rPr>
          <w:rFonts w:ascii="Times New Roman" w:hAnsi="Times New Roman" w:cs="Times New Roman"/>
          <w:sz w:val="24"/>
          <w:szCs w:val="24"/>
        </w:rPr>
        <w:t xml:space="preserve"> D.P.R. 445/2000 in </w:t>
      </w:r>
      <w:proofErr w:type="spellStart"/>
      <w:r w:rsidRPr="00460739">
        <w:rPr>
          <w:rFonts w:ascii="Times New Roman" w:hAnsi="Times New Roman" w:cs="Times New Roman"/>
          <w:sz w:val="24"/>
          <w:szCs w:val="24"/>
        </w:rPr>
        <w:t>caso</w:t>
      </w:r>
      <w:proofErr w:type="spellEnd"/>
      <w:r w:rsidRPr="00460739">
        <w:rPr>
          <w:rFonts w:ascii="Times New Roman" w:hAnsi="Times New Roman" w:cs="Times New Roman"/>
          <w:sz w:val="24"/>
          <w:szCs w:val="24"/>
        </w:rPr>
        <w:t xml:space="preserve"> di </w:t>
      </w:r>
      <w:proofErr w:type="spellStart"/>
      <w:r w:rsidRPr="00460739">
        <w:rPr>
          <w:rFonts w:ascii="Times New Roman" w:hAnsi="Times New Roman" w:cs="Times New Roman"/>
          <w:sz w:val="24"/>
          <w:szCs w:val="24"/>
        </w:rPr>
        <w:t>dichiarazioni</w:t>
      </w:r>
      <w:proofErr w:type="spellEnd"/>
      <w:r w:rsidRPr="00460739">
        <w:rPr>
          <w:rFonts w:ascii="Times New Roman" w:hAnsi="Times New Roman" w:cs="Times New Roman"/>
          <w:sz w:val="24"/>
          <w:szCs w:val="24"/>
        </w:rPr>
        <w:t xml:space="preserve"> non </w:t>
      </w:r>
      <w:proofErr w:type="spellStart"/>
      <w:r w:rsidRPr="00460739">
        <w:rPr>
          <w:rFonts w:ascii="Times New Roman" w:hAnsi="Times New Roman" w:cs="Times New Roman"/>
          <w:sz w:val="24"/>
          <w:szCs w:val="24"/>
        </w:rPr>
        <w:t>veritiere</w:t>
      </w:r>
      <w:proofErr w:type="spellEnd"/>
      <w:r w:rsidRPr="00460739">
        <w:rPr>
          <w:rFonts w:ascii="Times New Roman" w:hAnsi="Times New Roman" w:cs="Times New Roman"/>
          <w:sz w:val="24"/>
          <w:szCs w:val="24"/>
        </w:rPr>
        <w:t>,</w:t>
      </w:r>
    </w:p>
    <w:p w14:paraId="02E9AA93" w14:textId="77777777" w:rsidR="004F73A1" w:rsidRPr="00460739" w:rsidRDefault="003464D2">
      <w:pPr>
        <w:jc w:val="center"/>
        <w:rPr>
          <w:rFonts w:ascii="Times New Roman" w:hAnsi="Times New Roman" w:cs="Times New Roman"/>
          <w:sz w:val="24"/>
          <w:szCs w:val="24"/>
        </w:rPr>
      </w:pPr>
      <w:r w:rsidRPr="00460739">
        <w:rPr>
          <w:rFonts w:ascii="Times New Roman" w:hAnsi="Times New Roman" w:cs="Times New Roman"/>
          <w:b/>
          <w:sz w:val="24"/>
          <w:szCs w:val="24"/>
        </w:rPr>
        <w:t>DICHIARA</w:t>
      </w:r>
    </w:p>
    <w:p w14:paraId="59416BDE" w14:textId="77777777" w:rsidR="004F73A1" w:rsidRPr="00460739" w:rsidRDefault="003464D2" w:rsidP="00182820">
      <w:pPr>
        <w:jc w:val="both"/>
        <w:rPr>
          <w:rFonts w:ascii="Times New Roman" w:hAnsi="Times New Roman" w:cs="Times New Roman"/>
          <w:sz w:val="24"/>
          <w:szCs w:val="24"/>
        </w:rPr>
      </w:pPr>
      <w:r w:rsidRPr="00460739">
        <w:rPr>
          <w:rFonts w:ascii="Times New Roman" w:hAnsi="Times New Roman" w:cs="Times New Roman"/>
          <w:sz w:val="24"/>
          <w:szCs w:val="24"/>
        </w:rPr>
        <w:t xml:space="preserve">□ </w:t>
      </w:r>
      <w:proofErr w:type="gramStart"/>
      <w:r w:rsidRPr="00460739">
        <w:rPr>
          <w:rFonts w:ascii="Times New Roman" w:hAnsi="Times New Roman" w:cs="Times New Roman"/>
          <w:sz w:val="24"/>
          <w:szCs w:val="24"/>
        </w:rPr>
        <w:t>di</w:t>
      </w:r>
      <w:proofErr w:type="gramEnd"/>
      <w:r w:rsidRPr="00460739">
        <w:rPr>
          <w:rFonts w:ascii="Times New Roman" w:hAnsi="Times New Roman" w:cs="Times New Roman"/>
          <w:sz w:val="24"/>
          <w:szCs w:val="24"/>
        </w:rPr>
        <w:t xml:space="preserve"> </w:t>
      </w:r>
      <w:proofErr w:type="spellStart"/>
      <w:r w:rsidRPr="00460739">
        <w:rPr>
          <w:rFonts w:ascii="Times New Roman" w:hAnsi="Times New Roman" w:cs="Times New Roman"/>
          <w:sz w:val="24"/>
          <w:szCs w:val="24"/>
        </w:rPr>
        <w:t>essere</w:t>
      </w:r>
      <w:proofErr w:type="spellEnd"/>
      <w:r w:rsidRPr="00460739">
        <w:rPr>
          <w:rFonts w:ascii="Times New Roman" w:hAnsi="Times New Roman" w:cs="Times New Roman"/>
          <w:sz w:val="24"/>
          <w:szCs w:val="24"/>
        </w:rPr>
        <w:t xml:space="preserve"> </w:t>
      </w:r>
      <w:proofErr w:type="spellStart"/>
      <w:r w:rsidRPr="00460739">
        <w:rPr>
          <w:rFonts w:ascii="Times New Roman" w:hAnsi="Times New Roman" w:cs="Times New Roman"/>
          <w:sz w:val="24"/>
          <w:szCs w:val="24"/>
        </w:rPr>
        <w:t>residente</w:t>
      </w:r>
      <w:proofErr w:type="spellEnd"/>
      <w:r w:rsidRPr="00460739">
        <w:rPr>
          <w:rFonts w:ascii="Times New Roman" w:hAnsi="Times New Roman" w:cs="Times New Roman"/>
          <w:sz w:val="24"/>
          <w:szCs w:val="24"/>
        </w:rPr>
        <w:t xml:space="preserve"> </w:t>
      </w:r>
      <w:proofErr w:type="spellStart"/>
      <w:r w:rsidRPr="00460739">
        <w:rPr>
          <w:rFonts w:ascii="Times New Roman" w:hAnsi="Times New Roman" w:cs="Times New Roman"/>
          <w:sz w:val="24"/>
          <w:szCs w:val="24"/>
        </w:rPr>
        <w:t>nel</w:t>
      </w:r>
      <w:proofErr w:type="spellEnd"/>
      <w:r w:rsidRPr="00460739">
        <w:rPr>
          <w:rFonts w:ascii="Times New Roman" w:hAnsi="Times New Roman" w:cs="Times New Roman"/>
          <w:sz w:val="24"/>
          <w:szCs w:val="24"/>
        </w:rPr>
        <w:t xml:space="preserve"> </w:t>
      </w:r>
      <w:proofErr w:type="spellStart"/>
      <w:r w:rsidRPr="00460739">
        <w:rPr>
          <w:rFonts w:ascii="Times New Roman" w:hAnsi="Times New Roman" w:cs="Times New Roman"/>
          <w:sz w:val="24"/>
          <w:szCs w:val="24"/>
        </w:rPr>
        <w:t>Comune</w:t>
      </w:r>
      <w:proofErr w:type="spellEnd"/>
      <w:r w:rsidRPr="00460739">
        <w:rPr>
          <w:rFonts w:ascii="Times New Roman" w:hAnsi="Times New Roman" w:cs="Times New Roman"/>
          <w:sz w:val="24"/>
          <w:szCs w:val="24"/>
        </w:rPr>
        <w:t xml:space="preserve"> di </w:t>
      </w:r>
      <w:proofErr w:type="spellStart"/>
      <w:r w:rsidRPr="00460739">
        <w:rPr>
          <w:rFonts w:ascii="Times New Roman" w:hAnsi="Times New Roman" w:cs="Times New Roman"/>
          <w:sz w:val="24"/>
          <w:szCs w:val="24"/>
        </w:rPr>
        <w:t>Bariano</w:t>
      </w:r>
      <w:proofErr w:type="spellEnd"/>
      <w:r w:rsidRPr="00460739">
        <w:rPr>
          <w:rFonts w:ascii="Times New Roman" w:hAnsi="Times New Roman" w:cs="Times New Roman"/>
          <w:sz w:val="24"/>
          <w:szCs w:val="24"/>
        </w:rPr>
        <w:t xml:space="preserve"> da </w:t>
      </w:r>
      <w:proofErr w:type="spellStart"/>
      <w:r w:rsidRPr="00460739">
        <w:rPr>
          <w:rFonts w:ascii="Times New Roman" w:hAnsi="Times New Roman" w:cs="Times New Roman"/>
          <w:sz w:val="24"/>
          <w:szCs w:val="24"/>
        </w:rPr>
        <w:t>almeno</w:t>
      </w:r>
      <w:proofErr w:type="spellEnd"/>
      <w:r w:rsidRPr="00460739">
        <w:rPr>
          <w:rFonts w:ascii="Times New Roman" w:hAnsi="Times New Roman" w:cs="Times New Roman"/>
          <w:sz w:val="24"/>
          <w:szCs w:val="24"/>
        </w:rPr>
        <w:t xml:space="preserve"> un anno </w:t>
      </w:r>
      <w:proofErr w:type="spellStart"/>
      <w:r w:rsidRPr="00460739">
        <w:rPr>
          <w:rFonts w:ascii="Times New Roman" w:hAnsi="Times New Roman" w:cs="Times New Roman"/>
          <w:sz w:val="24"/>
          <w:szCs w:val="24"/>
        </w:rPr>
        <w:t>alla</w:t>
      </w:r>
      <w:proofErr w:type="spellEnd"/>
      <w:r w:rsidRPr="00460739">
        <w:rPr>
          <w:rFonts w:ascii="Times New Roman" w:hAnsi="Times New Roman" w:cs="Times New Roman"/>
          <w:sz w:val="24"/>
          <w:szCs w:val="24"/>
        </w:rPr>
        <w:t xml:space="preserve"> data di </w:t>
      </w:r>
      <w:proofErr w:type="spellStart"/>
      <w:r w:rsidRPr="00460739">
        <w:rPr>
          <w:rFonts w:ascii="Times New Roman" w:hAnsi="Times New Roman" w:cs="Times New Roman"/>
          <w:sz w:val="24"/>
          <w:szCs w:val="24"/>
        </w:rPr>
        <w:t>presentazione</w:t>
      </w:r>
      <w:proofErr w:type="spellEnd"/>
      <w:r w:rsidRPr="00460739">
        <w:rPr>
          <w:rFonts w:ascii="Times New Roman" w:hAnsi="Times New Roman" w:cs="Times New Roman"/>
          <w:sz w:val="24"/>
          <w:szCs w:val="24"/>
        </w:rPr>
        <w:t xml:space="preserve"> </w:t>
      </w:r>
      <w:proofErr w:type="spellStart"/>
      <w:r w:rsidRPr="00460739">
        <w:rPr>
          <w:rFonts w:ascii="Times New Roman" w:hAnsi="Times New Roman" w:cs="Times New Roman"/>
          <w:sz w:val="24"/>
          <w:szCs w:val="24"/>
        </w:rPr>
        <w:t>della</w:t>
      </w:r>
      <w:proofErr w:type="spellEnd"/>
      <w:r w:rsidRPr="00460739">
        <w:rPr>
          <w:rFonts w:ascii="Times New Roman" w:hAnsi="Times New Roman" w:cs="Times New Roman"/>
          <w:sz w:val="24"/>
          <w:szCs w:val="24"/>
        </w:rPr>
        <w:t xml:space="preserve"> </w:t>
      </w:r>
      <w:proofErr w:type="spellStart"/>
      <w:r w:rsidRPr="00460739">
        <w:rPr>
          <w:rFonts w:ascii="Times New Roman" w:hAnsi="Times New Roman" w:cs="Times New Roman"/>
          <w:sz w:val="24"/>
          <w:szCs w:val="24"/>
        </w:rPr>
        <w:t>domanda</w:t>
      </w:r>
      <w:proofErr w:type="spellEnd"/>
      <w:r w:rsidRPr="00460739">
        <w:rPr>
          <w:rFonts w:ascii="Times New Roman" w:hAnsi="Times New Roman" w:cs="Times New Roman"/>
          <w:sz w:val="24"/>
          <w:szCs w:val="24"/>
        </w:rPr>
        <w:t xml:space="preserve"> (</w:t>
      </w:r>
      <w:proofErr w:type="spellStart"/>
      <w:r w:rsidRPr="00460739">
        <w:rPr>
          <w:rFonts w:ascii="Times New Roman" w:hAnsi="Times New Roman" w:cs="Times New Roman"/>
          <w:sz w:val="24"/>
          <w:szCs w:val="24"/>
        </w:rPr>
        <w:t>residente</w:t>
      </w:r>
      <w:proofErr w:type="spellEnd"/>
      <w:r w:rsidRPr="00460739">
        <w:rPr>
          <w:rFonts w:ascii="Times New Roman" w:hAnsi="Times New Roman" w:cs="Times New Roman"/>
          <w:sz w:val="24"/>
          <w:szCs w:val="24"/>
        </w:rPr>
        <w:t xml:space="preserve"> dal __________________);</w:t>
      </w:r>
    </w:p>
    <w:p w14:paraId="3DD412C5" w14:textId="77777777" w:rsidR="004F73A1" w:rsidRPr="00460739" w:rsidRDefault="003464D2" w:rsidP="00182820">
      <w:pPr>
        <w:jc w:val="both"/>
        <w:rPr>
          <w:rFonts w:ascii="Times New Roman" w:hAnsi="Times New Roman" w:cs="Times New Roman"/>
          <w:sz w:val="24"/>
          <w:szCs w:val="24"/>
        </w:rPr>
      </w:pPr>
      <w:r w:rsidRPr="00460739">
        <w:rPr>
          <w:rFonts w:ascii="Times New Roman" w:hAnsi="Times New Roman" w:cs="Times New Roman"/>
          <w:sz w:val="24"/>
          <w:szCs w:val="24"/>
        </w:rPr>
        <w:t xml:space="preserve">□ </w:t>
      </w:r>
      <w:proofErr w:type="spellStart"/>
      <w:proofErr w:type="gramStart"/>
      <w:r w:rsidRPr="00460739">
        <w:rPr>
          <w:rFonts w:ascii="Times New Roman" w:hAnsi="Times New Roman" w:cs="Times New Roman"/>
          <w:sz w:val="24"/>
          <w:szCs w:val="24"/>
        </w:rPr>
        <w:t>che</w:t>
      </w:r>
      <w:proofErr w:type="spellEnd"/>
      <w:proofErr w:type="gramEnd"/>
      <w:r w:rsidRPr="00460739">
        <w:rPr>
          <w:rFonts w:ascii="Times New Roman" w:hAnsi="Times New Roman" w:cs="Times New Roman"/>
          <w:sz w:val="24"/>
          <w:szCs w:val="24"/>
        </w:rPr>
        <w:t xml:space="preserve"> </w:t>
      </w:r>
      <w:proofErr w:type="spellStart"/>
      <w:r w:rsidRPr="00460739">
        <w:rPr>
          <w:rFonts w:ascii="Times New Roman" w:hAnsi="Times New Roman" w:cs="Times New Roman"/>
          <w:sz w:val="24"/>
          <w:szCs w:val="24"/>
        </w:rPr>
        <w:t>il</w:t>
      </w:r>
      <w:proofErr w:type="spellEnd"/>
      <w:r w:rsidRPr="00460739">
        <w:rPr>
          <w:rFonts w:ascii="Times New Roman" w:hAnsi="Times New Roman" w:cs="Times New Roman"/>
          <w:sz w:val="24"/>
          <w:szCs w:val="24"/>
        </w:rPr>
        <w:t xml:space="preserve"> </w:t>
      </w:r>
      <w:proofErr w:type="spellStart"/>
      <w:r w:rsidRPr="00460739">
        <w:rPr>
          <w:rFonts w:ascii="Times New Roman" w:hAnsi="Times New Roman" w:cs="Times New Roman"/>
          <w:sz w:val="24"/>
          <w:szCs w:val="24"/>
        </w:rPr>
        <w:t>proprio</w:t>
      </w:r>
      <w:proofErr w:type="spellEnd"/>
      <w:r w:rsidRPr="00460739">
        <w:rPr>
          <w:rFonts w:ascii="Times New Roman" w:hAnsi="Times New Roman" w:cs="Times New Roman"/>
          <w:sz w:val="24"/>
          <w:szCs w:val="24"/>
        </w:rPr>
        <w:t xml:space="preserve"> ISEE in </w:t>
      </w:r>
      <w:proofErr w:type="spellStart"/>
      <w:r w:rsidRPr="00460739">
        <w:rPr>
          <w:rFonts w:ascii="Times New Roman" w:hAnsi="Times New Roman" w:cs="Times New Roman"/>
          <w:sz w:val="24"/>
          <w:szCs w:val="24"/>
        </w:rPr>
        <w:t>corso</w:t>
      </w:r>
      <w:proofErr w:type="spellEnd"/>
      <w:r w:rsidRPr="00460739">
        <w:rPr>
          <w:rFonts w:ascii="Times New Roman" w:hAnsi="Times New Roman" w:cs="Times New Roman"/>
          <w:sz w:val="24"/>
          <w:szCs w:val="24"/>
        </w:rPr>
        <w:t xml:space="preserve"> di </w:t>
      </w:r>
      <w:proofErr w:type="spellStart"/>
      <w:r w:rsidRPr="00460739">
        <w:rPr>
          <w:rFonts w:ascii="Times New Roman" w:hAnsi="Times New Roman" w:cs="Times New Roman"/>
          <w:sz w:val="24"/>
          <w:szCs w:val="24"/>
        </w:rPr>
        <w:t>validità</w:t>
      </w:r>
      <w:proofErr w:type="spellEnd"/>
      <w:r w:rsidRPr="00460739">
        <w:rPr>
          <w:rFonts w:ascii="Times New Roman" w:hAnsi="Times New Roman" w:cs="Times New Roman"/>
          <w:sz w:val="24"/>
          <w:szCs w:val="24"/>
        </w:rPr>
        <w:t xml:space="preserve"> è </w:t>
      </w:r>
      <w:proofErr w:type="spellStart"/>
      <w:r w:rsidRPr="00460739">
        <w:rPr>
          <w:rFonts w:ascii="Times New Roman" w:hAnsi="Times New Roman" w:cs="Times New Roman"/>
          <w:sz w:val="24"/>
          <w:szCs w:val="24"/>
        </w:rPr>
        <w:t>pari</w:t>
      </w:r>
      <w:proofErr w:type="spellEnd"/>
      <w:r w:rsidRPr="00460739">
        <w:rPr>
          <w:rFonts w:ascii="Times New Roman" w:hAnsi="Times New Roman" w:cs="Times New Roman"/>
          <w:sz w:val="24"/>
          <w:szCs w:val="24"/>
        </w:rPr>
        <w:t xml:space="preserve"> a € __________________ e </w:t>
      </w:r>
      <w:proofErr w:type="spellStart"/>
      <w:r w:rsidRPr="00460739">
        <w:rPr>
          <w:rFonts w:ascii="Times New Roman" w:hAnsi="Times New Roman" w:cs="Times New Roman"/>
          <w:sz w:val="24"/>
          <w:szCs w:val="24"/>
        </w:rPr>
        <w:t>rispetta</w:t>
      </w:r>
      <w:proofErr w:type="spellEnd"/>
      <w:r w:rsidRPr="00460739">
        <w:rPr>
          <w:rFonts w:ascii="Times New Roman" w:hAnsi="Times New Roman" w:cs="Times New Roman"/>
          <w:sz w:val="24"/>
          <w:szCs w:val="24"/>
        </w:rPr>
        <w:t xml:space="preserve"> </w:t>
      </w:r>
      <w:proofErr w:type="spellStart"/>
      <w:r w:rsidRPr="00460739">
        <w:rPr>
          <w:rFonts w:ascii="Times New Roman" w:hAnsi="Times New Roman" w:cs="Times New Roman"/>
          <w:sz w:val="24"/>
          <w:szCs w:val="24"/>
        </w:rPr>
        <w:t>i</w:t>
      </w:r>
      <w:proofErr w:type="spellEnd"/>
      <w:r w:rsidRPr="00460739">
        <w:rPr>
          <w:rFonts w:ascii="Times New Roman" w:hAnsi="Times New Roman" w:cs="Times New Roman"/>
          <w:sz w:val="24"/>
          <w:szCs w:val="24"/>
        </w:rPr>
        <w:t xml:space="preserve"> </w:t>
      </w:r>
      <w:proofErr w:type="spellStart"/>
      <w:r w:rsidRPr="00460739">
        <w:rPr>
          <w:rFonts w:ascii="Times New Roman" w:hAnsi="Times New Roman" w:cs="Times New Roman"/>
          <w:sz w:val="24"/>
          <w:szCs w:val="24"/>
        </w:rPr>
        <w:t>requisiti</w:t>
      </w:r>
      <w:proofErr w:type="spellEnd"/>
      <w:r w:rsidRPr="00460739">
        <w:rPr>
          <w:rFonts w:ascii="Times New Roman" w:hAnsi="Times New Roman" w:cs="Times New Roman"/>
          <w:sz w:val="24"/>
          <w:szCs w:val="24"/>
        </w:rPr>
        <w:t xml:space="preserve"> del Bando;</w:t>
      </w:r>
    </w:p>
    <w:p w14:paraId="0BE0E85C" w14:textId="77777777" w:rsidR="004F73A1" w:rsidRPr="00460739" w:rsidRDefault="003464D2" w:rsidP="00182820">
      <w:pPr>
        <w:jc w:val="both"/>
        <w:rPr>
          <w:rFonts w:ascii="Times New Roman" w:hAnsi="Times New Roman" w:cs="Times New Roman"/>
          <w:sz w:val="24"/>
          <w:szCs w:val="24"/>
        </w:rPr>
      </w:pPr>
      <w:r w:rsidRPr="00460739">
        <w:rPr>
          <w:rFonts w:ascii="Times New Roman" w:hAnsi="Times New Roman" w:cs="Times New Roman"/>
          <w:sz w:val="24"/>
          <w:szCs w:val="24"/>
        </w:rPr>
        <w:t xml:space="preserve">□ </w:t>
      </w:r>
      <w:proofErr w:type="spellStart"/>
      <w:proofErr w:type="gramStart"/>
      <w:r w:rsidRPr="00460739">
        <w:rPr>
          <w:rFonts w:ascii="Times New Roman" w:hAnsi="Times New Roman" w:cs="Times New Roman"/>
          <w:sz w:val="24"/>
          <w:szCs w:val="24"/>
        </w:rPr>
        <w:t>che</w:t>
      </w:r>
      <w:proofErr w:type="spellEnd"/>
      <w:proofErr w:type="gramEnd"/>
      <w:r w:rsidRPr="00460739">
        <w:rPr>
          <w:rFonts w:ascii="Times New Roman" w:hAnsi="Times New Roman" w:cs="Times New Roman"/>
          <w:sz w:val="24"/>
          <w:szCs w:val="24"/>
        </w:rPr>
        <w:t xml:space="preserve"> </w:t>
      </w:r>
      <w:proofErr w:type="spellStart"/>
      <w:r w:rsidRPr="00460739">
        <w:rPr>
          <w:rFonts w:ascii="Times New Roman" w:hAnsi="Times New Roman" w:cs="Times New Roman"/>
          <w:sz w:val="24"/>
          <w:szCs w:val="24"/>
        </w:rPr>
        <w:t>nessun</w:t>
      </w:r>
      <w:proofErr w:type="spellEnd"/>
      <w:r w:rsidRPr="00460739">
        <w:rPr>
          <w:rFonts w:ascii="Times New Roman" w:hAnsi="Times New Roman" w:cs="Times New Roman"/>
          <w:sz w:val="24"/>
          <w:szCs w:val="24"/>
        </w:rPr>
        <w:t xml:space="preserve"> </w:t>
      </w:r>
      <w:proofErr w:type="spellStart"/>
      <w:r w:rsidRPr="00460739">
        <w:rPr>
          <w:rFonts w:ascii="Times New Roman" w:hAnsi="Times New Roman" w:cs="Times New Roman"/>
          <w:sz w:val="24"/>
          <w:szCs w:val="24"/>
        </w:rPr>
        <w:t>componente</w:t>
      </w:r>
      <w:proofErr w:type="spellEnd"/>
      <w:r w:rsidRPr="00460739">
        <w:rPr>
          <w:rFonts w:ascii="Times New Roman" w:hAnsi="Times New Roman" w:cs="Times New Roman"/>
          <w:sz w:val="24"/>
          <w:szCs w:val="24"/>
        </w:rPr>
        <w:t xml:space="preserve"> del </w:t>
      </w:r>
      <w:proofErr w:type="spellStart"/>
      <w:r w:rsidRPr="00460739">
        <w:rPr>
          <w:rFonts w:ascii="Times New Roman" w:hAnsi="Times New Roman" w:cs="Times New Roman"/>
          <w:sz w:val="24"/>
          <w:szCs w:val="24"/>
        </w:rPr>
        <w:t>nucleo</w:t>
      </w:r>
      <w:proofErr w:type="spellEnd"/>
      <w:r w:rsidRPr="00460739">
        <w:rPr>
          <w:rFonts w:ascii="Times New Roman" w:hAnsi="Times New Roman" w:cs="Times New Roman"/>
          <w:sz w:val="24"/>
          <w:szCs w:val="24"/>
        </w:rPr>
        <w:t xml:space="preserve"> </w:t>
      </w:r>
      <w:proofErr w:type="spellStart"/>
      <w:r w:rsidRPr="00460739">
        <w:rPr>
          <w:rFonts w:ascii="Times New Roman" w:hAnsi="Times New Roman" w:cs="Times New Roman"/>
          <w:sz w:val="24"/>
          <w:szCs w:val="24"/>
        </w:rPr>
        <w:t>anagrafico</w:t>
      </w:r>
      <w:proofErr w:type="spellEnd"/>
      <w:r w:rsidRPr="00460739">
        <w:rPr>
          <w:rFonts w:ascii="Times New Roman" w:hAnsi="Times New Roman" w:cs="Times New Roman"/>
          <w:sz w:val="24"/>
          <w:szCs w:val="24"/>
        </w:rPr>
        <w:t xml:space="preserve"> è </w:t>
      </w:r>
      <w:proofErr w:type="spellStart"/>
      <w:r w:rsidRPr="00460739">
        <w:rPr>
          <w:rFonts w:ascii="Times New Roman" w:hAnsi="Times New Roman" w:cs="Times New Roman"/>
          <w:sz w:val="24"/>
          <w:szCs w:val="24"/>
        </w:rPr>
        <w:t>proprietario</w:t>
      </w:r>
      <w:proofErr w:type="spellEnd"/>
      <w:r w:rsidRPr="00460739">
        <w:rPr>
          <w:rFonts w:ascii="Times New Roman" w:hAnsi="Times New Roman" w:cs="Times New Roman"/>
          <w:sz w:val="24"/>
          <w:szCs w:val="24"/>
        </w:rPr>
        <w:t xml:space="preserve">, </w:t>
      </w:r>
      <w:proofErr w:type="spellStart"/>
      <w:r w:rsidRPr="00460739">
        <w:rPr>
          <w:rFonts w:ascii="Times New Roman" w:hAnsi="Times New Roman" w:cs="Times New Roman"/>
          <w:sz w:val="24"/>
          <w:szCs w:val="24"/>
        </w:rPr>
        <w:t>neppure</w:t>
      </w:r>
      <w:proofErr w:type="spellEnd"/>
      <w:r w:rsidRPr="00460739">
        <w:rPr>
          <w:rFonts w:ascii="Times New Roman" w:hAnsi="Times New Roman" w:cs="Times New Roman"/>
          <w:sz w:val="24"/>
          <w:szCs w:val="24"/>
        </w:rPr>
        <w:t xml:space="preserve"> </w:t>
      </w:r>
      <w:proofErr w:type="spellStart"/>
      <w:r w:rsidRPr="00460739">
        <w:rPr>
          <w:rFonts w:ascii="Times New Roman" w:hAnsi="Times New Roman" w:cs="Times New Roman"/>
          <w:sz w:val="24"/>
          <w:szCs w:val="24"/>
        </w:rPr>
        <w:t>parzialmente</w:t>
      </w:r>
      <w:proofErr w:type="spellEnd"/>
      <w:r w:rsidRPr="00460739">
        <w:rPr>
          <w:rFonts w:ascii="Times New Roman" w:hAnsi="Times New Roman" w:cs="Times New Roman"/>
          <w:sz w:val="24"/>
          <w:szCs w:val="24"/>
        </w:rPr>
        <w:t xml:space="preserve">, di </w:t>
      </w:r>
      <w:proofErr w:type="spellStart"/>
      <w:r w:rsidRPr="00460739">
        <w:rPr>
          <w:rFonts w:ascii="Times New Roman" w:hAnsi="Times New Roman" w:cs="Times New Roman"/>
          <w:sz w:val="24"/>
          <w:szCs w:val="24"/>
        </w:rPr>
        <w:t>beni</w:t>
      </w:r>
      <w:proofErr w:type="spellEnd"/>
      <w:r w:rsidRPr="00460739">
        <w:rPr>
          <w:rFonts w:ascii="Times New Roman" w:hAnsi="Times New Roman" w:cs="Times New Roman"/>
          <w:sz w:val="24"/>
          <w:szCs w:val="24"/>
        </w:rPr>
        <w:t xml:space="preserve"> </w:t>
      </w:r>
      <w:proofErr w:type="spellStart"/>
      <w:r w:rsidRPr="00460739">
        <w:rPr>
          <w:rFonts w:ascii="Times New Roman" w:hAnsi="Times New Roman" w:cs="Times New Roman"/>
          <w:sz w:val="24"/>
          <w:szCs w:val="24"/>
        </w:rPr>
        <w:t>immobili</w:t>
      </w:r>
      <w:proofErr w:type="spellEnd"/>
      <w:r w:rsidRPr="00460739">
        <w:rPr>
          <w:rFonts w:ascii="Times New Roman" w:hAnsi="Times New Roman" w:cs="Times New Roman"/>
          <w:sz w:val="24"/>
          <w:szCs w:val="24"/>
        </w:rPr>
        <w:t xml:space="preserve"> </w:t>
      </w:r>
      <w:proofErr w:type="spellStart"/>
      <w:r w:rsidRPr="00460739">
        <w:rPr>
          <w:rFonts w:ascii="Times New Roman" w:hAnsi="Times New Roman" w:cs="Times New Roman"/>
          <w:sz w:val="24"/>
          <w:szCs w:val="24"/>
        </w:rPr>
        <w:t>diversi</w:t>
      </w:r>
      <w:proofErr w:type="spellEnd"/>
      <w:r w:rsidRPr="00460739">
        <w:rPr>
          <w:rFonts w:ascii="Times New Roman" w:hAnsi="Times New Roman" w:cs="Times New Roman"/>
          <w:sz w:val="24"/>
          <w:szCs w:val="24"/>
        </w:rPr>
        <w:t xml:space="preserve"> </w:t>
      </w:r>
      <w:proofErr w:type="spellStart"/>
      <w:r w:rsidRPr="00460739">
        <w:rPr>
          <w:rFonts w:ascii="Times New Roman" w:hAnsi="Times New Roman" w:cs="Times New Roman"/>
          <w:sz w:val="24"/>
          <w:szCs w:val="24"/>
        </w:rPr>
        <w:t>dall’abitazione</w:t>
      </w:r>
      <w:proofErr w:type="spellEnd"/>
      <w:r w:rsidRPr="00460739">
        <w:rPr>
          <w:rFonts w:ascii="Times New Roman" w:hAnsi="Times New Roman" w:cs="Times New Roman"/>
          <w:sz w:val="24"/>
          <w:szCs w:val="24"/>
        </w:rPr>
        <w:t xml:space="preserve"> </w:t>
      </w:r>
      <w:proofErr w:type="spellStart"/>
      <w:r w:rsidRPr="00460739">
        <w:rPr>
          <w:rFonts w:ascii="Times New Roman" w:hAnsi="Times New Roman" w:cs="Times New Roman"/>
          <w:sz w:val="24"/>
          <w:szCs w:val="24"/>
        </w:rPr>
        <w:t>principale</w:t>
      </w:r>
      <w:proofErr w:type="spellEnd"/>
      <w:r w:rsidRPr="00460739">
        <w:rPr>
          <w:rFonts w:ascii="Times New Roman" w:hAnsi="Times New Roman" w:cs="Times New Roman"/>
          <w:sz w:val="24"/>
          <w:szCs w:val="24"/>
        </w:rPr>
        <w:t>;</w:t>
      </w:r>
    </w:p>
    <w:p w14:paraId="4E3ECE43" w14:textId="77777777" w:rsidR="004F73A1" w:rsidRPr="00460739" w:rsidRDefault="003464D2" w:rsidP="00182820">
      <w:pPr>
        <w:jc w:val="both"/>
        <w:rPr>
          <w:rFonts w:ascii="Times New Roman" w:hAnsi="Times New Roman" w:cs="Times New Roman"/>
          <w:sz w:val="24"/>
          <w:szCs w:val="24"/>
        </w:rPr>
      </w:pPr>
      <w:r w:rsidRPr="00460739">
        <w:rPr>
          <w:rFonts w:ascii="Times New Roman" w:hAnsi="Times New Roman" w:cs="Times New Roman"/>
          <w:sz w:val="24"/>
          <w:szCs w:val="24"/>
        </w:rPr>
        <w:t xml:space="preserve">□ </w:t>
      </w:r>
      <w:proofErr w:type="spellStart"/>
      <w:proofErr w:type="gramStart"/>
      <w:r w:rsidRPr="00460739">
        <w:rPr>
          <w:rFonts w:ascii="Times New Roman" w:hAnsi="Times New Roman" w:cs="Times New Roman"/>
          <w:sz w:val="24"/>
          <w:szCs w:val="24"/>
        </w:rPr>
        <w:t>che</w:t>
      </w:r>
      <w:proofErr w:type="spellEnd"/>
      <w:proofErr w:type="gramEnd"/>
      <w:r w:rsidRPr="00460739">
        <w:rPr>
          <w:rFonts w:ascii="Times New Roman" w:hAnsi="Times New Roman" w:cs="Times New Roman"/>
          <w:sz w:val="24"/>
          <w:szCs w:val="24"/>
        </w:rPr>
        <w:t xml:space="preserve"> </w:t>
      </w:r>
      <w:proofErr w:type="spellStart"/>
      <w:r w:rsidRPr="00460739">
        <w:rPr>
          <w:rFonts w:ascii="Times New Roman" w:hAnsi="Times New Roman" w:cs="Times New Roman"/>
          <w:sz w:val="24"/>
          <w:szCs w:val="24"/>
        </w:rPr>
        <w:t>almeno</w:t>
      </w:r>
      <w:proofErr w:type="spellEnd"/>
      <w:r w:rsidRPr="00460739">
        <w:rPr>
          <w:rFonts w:ascii="Times New Roman" w:hAnsi="Times New Roman" w:cs="Times New Roman"/>
          <w:sz w:val="24"/>
          <w:szCs w:val="24"/>
        </w:rPr>
        <w:t xml:space="preserve"> </w:t>
      </w:r>
      <w:proofErr w:type="spellStart"/>
      <w:r w:rsidRPr="00460739">
        <w:rPr>
          <w:rFonts w:ascii="Times New Roman" w:hAnsi="Times New Roman" w:cs="Times New Roman"/>
          <w:sz w:val="24"/>
          <w:szCs w:val="24"/>
        </w:rPr>
        <w:t>una</w:t>
      </w:r>
      <w:proofErr w:type="spellEnd"/>
      <w:r w:rsidRPr="00460739">
        <w:rPr>
          <w:rFonts w:ascii="Times New Roman" w:hAnsi="Times New Roman" w:cs="Times New Roman"/>
          <w:sz w:val="24"/>
          <w:szCs w:val="24"/>
        </w:rPr>
        <w:t xml:space="preserve"> </w:t>
      </w:r>
      <w:proofErr w:type="spellStart"/>
      <w:r w:rsidRPr="00460739">
        <w:rPr>
          <w:rFonts w:ascii="Times New Roman" w:hAnsi="Times New Roman" w:cs="Times New Roman"/>
          <w:sz w:val="24"/>
          <w:szCs w:val="24"/>
        </w:rPr>
        <w:t>delle</w:t>
      </w:r>
      <w:proofErr w:type="spellEnd"/>
      <w:r w:rsidRPr="00460739">
        <w:rPr>
          <w:rFonts w:ascii="Times New Roman" w:hAnsi="Times New Roman" w:cs="Times New Roman"/>
          <w:sz w:val="24"/>
          <w:szCs w:val="24"/>
        </w:rPr>
        <w:t xml:space="preserve"> </w:t>
      </w:r>
      <w:proofErr w:type="spellStart"/>
      <w:r w:rsidRPr="00460739">
        <w:rPr>
          <w:rFonts w:ascii="Times New Roman" w:hAnsi="Times New Roman" w:cs="Times New Roman"/>
          <w:sz w:val="24"/>
          <w:szCs w:val="24"/>
        </w:rPr>
        <w:t>utenze</w:t>
      </w:r>
      <w:proofErr w:type="spellEnd"/>
      <w:r w:rsidRPr="00460739">
        <w:rPr>
          <w:rFonts w:ascii="Times New Roman" w:hAnsi="Times New Roman" w:cs="Times New Roman"/>
          <w:sz w:val="24"/>
          <w:szCs w:val="24"/>
        </w:rPr>
        <w:t xml:space="preserve"> </w:t>
      </w:r>
      <w:proofErr w:type="spellStart"/>
      <w:r w:rsidRPr="00460739">
        <w:rPr>
          <w:rFonts w:ascii="Times New Roman" w:hAnsi="Times New Roman" w:cs="Times New Roman"/>
          <w:sz w:val="24"/>
          <w:szCs w:val="24"/>
        </w:rPr>
        <w:t>domestiche</w:t>
      </w:r>
      <w:proofErr w:type="spellEnd"/>
      <w:r w:rsidRPr="00460739">
        <w:rPr>
          <w:rFonts w:ascii="Times New Roman" w:hAnsi="Times New Roman" w:cs="Times New Roman"/>
          <w:sz w:val="24"/>
          <w:szCs w:val="24"/>
        </w:rPr>
        <w:t xml:space="preserve"> per cui </w:t>
      </w:r>
      <w:proofErr w:type="spellStart"/>
      <w:r w:rsidRPr="00460739">
        <w:rPr>
          <w:rFonts w:ascii="Times New Roman" w:hAnsi="Times New Roman" w:cs="Times New Roman"/>
          <w:sz w:val="24"/>
          <w:szCs w:val="24"/>
        </w:rPr>
        <w:t>si</w:t>
      </w:r>
      <w:proofErr w:type="spellEnd"/>
      <w:r w:rsidRPr="00460739">
        <w:rPr>
          <w:rFonts w:ascii="Times New Roman" w:hAnsi="Times New Roman" w:cs="Times New Roman"/>
          <w:sz w:val="24"/>
          <w:szCs w:val="24"/>
        </w:rPr>
        <w:t xml:space="preserve"> </w:t>
      </w:r>
      <w:proofErr w:type="spellStart"/>
      <w:r w:rsidRPr="00460739">
        <w:rPr>
          <w:rFonts w:ascii="Times New Roman" w:hAnsi="Times New Roman" w:cs="Times New Roman"/>
          <w:sz w:val="24"/>
          <w:szCs w:val="24"/>
        </w:rPr>
        <w:t>chiede</w:t>
      </w:r>
      <w:proofErr w:type="spellEnd"/>
      <w:r w:rsidRPr="00460739">
        <w:rPr>
          <w:rFonts w:ascii="Times New Roman" w:hAnsi="Times New Roman" w:cs="Times New Roman"/>
          <w:sz w:val="24"/>
          <w:szCs w:val="24"/>
        </w:rPr>
        <w:t xml:space="preserve"> </w:t>
      </w:r>
      <w:proofErr w:type="spellStart"/>
      <w:r w:rsidRPr="00460739">
        <w:rPr>
          <w:rFonts w:ascii="Times New Roman" w:hAnsi="Times New Roman" w:cs="Times New Roman"/>
          <w:sz w:val="24"/>
          <w:szCs w:val="24"/>
        </w:rPr>
        <w:t>il</w:t>
      </w:r>
      <w:proofErr w:type="spellEnd"/>
      <w:r w:rsidRPr="00460739">
        <w:rPr>
          <w:rFonts w:ascii="Times New Roman" w:hAnsi="Times New Roman" w:cs="Times New Roman"/>
          <w:sz w:val="24"/>
          <w:szCs w:val="24"/>
        </w:rPr>
        <w:t xml:space="preserve"> </w:t>
      </w:r>
      <w:proofErr w:type="spellStart"/>
      <w:r w:rsidRPr="00460739">
        <w:rPr>
          <w:rFonts w:ascii="Times New Roman" w:hAnsi="Times New Roman" w:cs="Times New Roman"/>
          <w:sz w:val="24"/>
          <w:szCs w:val="24"/>
        </w:rPr>
        <w:t>contributo</w:t>
      </w:r>
      <w:proofErr w:type="spellEnd"/>
      <w:r w:rsidRPr="00460739">
        <w:rPr>
          <w:rFonts w:ascii="Times New Roman" w:hAnsi="Times New Roman" w:cs="Times New Roman"/>
          <w:sz w:val="24"/>
          <w:szCs w:val="24"/>
        </w:rPr>
        <w:t xml:space="preserve"> è </w:t>
      </w:r>
      <w:proofErr w:type="spellStart"/>
      <w:r w:rsidRPr="00460739">
        <w:rPr>
          <w:rFonts w:ascii="Times New Roman" w:hAnsi="Times New Roman" w:cs="Times New Roman"/>
          <w:sz w:val="24"/>
          <w:szCs w:val="24"/>
        </w:rPr>
        <w:t>intestata</w:t>
      </w:r>
      <w:proofErr w:type="spellEnd"/>
      <w:r w:rsidRPr="00460739">
        <w:rPr>
          <w:rFonts w:ascii="Times New Roman" w:hAnsi="Times New Roman" w:cs="Times New Roman"/>
          <w:sz w:val="24"/>
          <w:szCs w:val="24"/>
        </w:rPr>
        <w:t xml:space="preserve"> al/</w:t>
      </w:r>
      <w:proofErr w:type="spellStart"/>
      <w:r w:rsidRPr="00460739">
        <w:rPr>
          <w:rFonts w:ascii="Times New Roman" w:hAnsi="Times New Roman" w:cs="Times New Roman"/>
          <w:sz w:val="24"/>
          <w:szCs w:val="24"/>
        </w:rPr>
        <w:t>alla</w:t>
      </w:r>
      <w:proofErr w:type="spellEnd"/>
      <w:r w:rsidRPr="00460739">
        <w:rPr>
          <w:rFonts w:ascii="Times New Roman" w:hAnsi="Times New Roman" w:cs="Times New Roman"/>
          <w:sz w:val="24"/>
          <w:szCs w:val="24"/>
        </w:rPr>
        <w:t xml:space="preserve"> </w:t>
      </w:r>
      <w:proofErr w:type="spellStart"/>
      <w:r w:rsidRPr="00460739">
        <w:rPr>
          <w:rFonts w:ascii="Times New Roman" w:hAnsi="Times New Roman" w:cs="Times New Roman"/>
          <w:sz w:val="24"/>
          <w:szCs w:val="24"/>
        </w:rPr>
        <w:t>sottoscritto</w:t>
      </w:r>
      <w:proofErr w:type="spellEnd"/>
      <w:r w:rsidRPr="00460739">
        <w:rPr>
          <w:rFonts w:ascii="Times New Roman" w:hAnsi="Times New Roman" w:cs="Times New Roman"/>
          <w:sz w:val="24"/>
          <w:szCs w:val="24"/>
        </w:rPr>
        <w:t xml:space="preserve">/a </w:t>
      </w:r>
      <w:proofErr w:type="spellStart"/>
      <w:r w:rsidRPr="00460739">
        <w:rPr>
          <w:rFonts w:ascii="Times New Roman" w:hAnsi="Times New Roman" w:cs="Times New Roman"/>
          <w:sz w:val="24"/>
          <w:szCs w:val="24"/>
        </w:rPr>
        <w:t>oppure</w:t>
      </w:r>
      <w:proofErr w:type="spellEnd"/>
      <w:r w:rsidRPr="00460739">
        <w:rPr>
          <w:rFonts w:ascii="Times New Roman" w:hAnsi="Times New Roman" w:cs="Times New Roman"/>
          <w:sz w:val="24"/>
          <w:szCs w:val="24"/>
        </w:rPr>
        <w:t xml:space="preserve"> ad </w:t>
      </w:r>
      <w:proofErr w:type="spellStart"/>
      <w:r w:rsidRPr="00460739">
        <w:rPr>
          <w:rFonts w:ascii="Times New Roman" w:hAnsi="Times New Roman" w:cs="Times New Roman"/>
          <w:sz w:val="24"/>
          <w:szCs w:val="24"/>
        </w:rPr>
        <w:t>altro</w:t>
      </w:r>
      <w:proofErr w:type="spellEnd"/>
      <w:r w:rsidRPr="00460739">
        <w:rPr>
          <w:rFonts w:ascii="Times New Roman" w:hAnsi="Times New Roman" w:cs="Times New Roman"/>
          <w:sz w:val="24"/>
          <w:szCs w:val="24"/>
        </w:rPr>
        <w:t xml:space="preserve"> </w:t>
      </w:r>
      <w:proofErr w:type="spellStart"/>
      <w:r w:rsidRPr="00460739">
        <w:rPr>
          <w:rFonts w:ascii="Times New Roman" w:hAnsi="Times New Roman" w:cs="Times New Roman"/>
          <w:sz w:val="24"/>
          <w:szCs w:val="24"/>
        </w:rPr>
        <w:t>componente</w:t>
      </w:r>
      <w:proofErr w:type="spellEnd"/>
      <w:r w:rsidRPr="00460739">
        <w:rPr>
          <w:rFonts w:ascii="Times New Roman" w:hAnsi="Times New Roman" w:cs="Times New Roman"/>
          <w:sz w:val="24"/>
          <w:szCs w:val="24"/>
        </w:rPr>
        <w:t xml:space="preserve"> del </w:t>
      </w:r>
      <w:proofErr w:type="spellStart"/>
      <w:r w:rsidRPr="00460739">
        <w:rPr>
          <w:rFonts w:ascii="Times New Roman" w:hAnsi="Times New Roman" w:cs="Times New Roman"/>
          <w:sz w:val="24"/>
          <w:szCs w:val="24"/>
        </w:rPr>
        <w:t>nucleo</w:t>
      </w:r>
      <w:proofErr w:type="spellEnd"/>
      <w:r w:rsidRPr="00460739">
        <w:rPr>
          <w:rFonts w:ascii="Times New Roman" w:hAnsi="Times New Roman" w:cs="Times New Roman"/>
          <w:sz w:val="24"/>
          <w:szCs w:val="24"/>
        </w:rPr>
        <w:t xml:space="preserve"> </w:t>
      </w:r>
      <w:proofErr w:type="spellStart"/>
      <w:r w:rsidRPr="00460739">
        <w:rPr>
          <w:rFonts w:ascii="Times New Roman" w:hAnsi="Times New Roman" w:cs="Times New Roman"/>
          <w:sz w:val="24"/>
          <w:szCs w:val="24"/>
        </w:rPr>
        <w:t>anagrafico</w:t>
      </w:r>
      <w:proofErr w:type="spellEnd"/>
      <w:r w:rsidRPr="00460739">
        <w:rPr>
          <w:rFonts w:ascii="Times New Roman" w:hAnsi="Times New Roman" w:cs="Times New Roman"/>
          <w:sz w:val="24"/>
          <w:szCs w:val="24"/>
        </w:rPr>
        <w:t>;</w:t>
      </w:r>
    </w:p>
    <w:p w14:paraId="5A7BCD0F" w14:textId="77777777" w:rsidR="004F73A1" w:rsidRPr="00460739" w:rsidRDefault="003464D2" w:rsidP="00182820">
      <w:pPr>
        <w:jc w:val="both"/>
        <w:rPr>
          <w:rFonts w:ascii="Times New Roman" w:hAnsi="Times New Roman" w:cs="Times New Roman"/>
          <w:sz w:val="24"/>
          <w:szCs w:val="24"/>
        </w:rPr>
      </w:pPr>
      <w:r w:rsidRPr="00460739">
        <w:rPr>
          <w:rFonts w:ascii="Times New Roman" w:hAnsi="Times New Roman" w:cs="Times New Roman"/>
          <w:sz w:val="24"/>
          <w:szCs w:val="24"/>
        </w:rPr>
        <w:t xml:space="preserve">□ </w:t>
      </w:r>
      <w:proofErr w:type="spellStart"/>
      <w:proofErr w:type="gramStart"/>
      <w:r w:rsidRPr="00460739">
        <w:rPr>
          <w:rFonts w:ascii="Times New Roman" w:hAnsi="Times New Roman" w:cs="Times New Roman"/>
          <w:sz w:val="24"/>
          <w:szCs w:val="24"/>
        </w:rPr>
        <w:t>che</w:t>
      </w:r>
      <w:proofErr w:type="spellEnd"/>
      <w:proofErr w:type="gramEnd"/>
      <w:r w:rsidRPr="00460739">
        <w:rPr>
          <w:rFonts w:ascii="Times New Roman" w:hAnsi="Times New Roman" w:cs="Times New Roman"/>
          <w:sz w:val="24"/>
          <w:szCs w:val="24"/>
        </w:rPr>
        <w:t xml:space="preserve"> </w:t>
      </w:r>
      <w:proofErr w:type="spellStart"/>
      <w:r w:rsidRPr="00460739">
        <w:rPr>
          <w:rFonts w:ascii="Times New Roman" w:hAnsi="Times New Roman" w:cs="Times New Roman"/>
          <w:sz w:val="24"/>
          <w:szCs w:val="24"/>
        </w:rPr>
        <w:t>viene</w:t>
      </w:r>
      <w:proofErr w:type="spellEnd"/>
      <w:r w:rsidRPr="00460739">
        <w:rPr>
          <w:rFonts w:ascii="Times New Roman" w:hAnsi="Times New Roman" w:cs="Times New Roman"/>
          <w:sz w:val="24"/>
          <w:szCs w:val="24"/>
        </w:rPr>
        <w:t xml:space="preserve"> </w:t>
      </w:r>
      <w:proofErr w:type="spellStart"/>
      <w:r w:rsidRPr="00460739">
        <w:rPr>
          <w:rFonts w:ascii="Times New Roman" w:hAnsi="Times New Roman" w:cs="Times New Roman"/>
          <w:sz w:val="24"/>
          <w:szCs w:val="24"/>
        </w:rPr>
        <w:t>presentata</w:t>
      </w:r>
      <w:proofErr w:type="spellEnd"/>
      <w:r w:rsidRPr="00460739">
        <w:rPr>
          <w:rFonts w:ascii="Times New Roman" w:hAnsi="Times New Roman" w:cs="Times New Roman"/>
          <w:sz w:val="24"/>
          <w:szCs w:val="24"/>
        </w:rPr>
        <w:t xml:space="preserve"> </w:t>
      </w:r>
      <w:proofErr w:type="spellStart"/>
      <w:r w:rsidRPr="00460739">
        <w:rPr>
          <w:rFonts w:ascii="Times New Roman" w:hAnsi="Times New Roman" w:cs="Times New Roman"/>
          <w:sz w:val="24"/>
          <w:szCs w:val="24"/>
        </w:rPr>
        <w:t>una</w:t>
      </w:r>
      <w:proofErr w:type="spellEnd"/>
      <w:r w:rsidRPr="00460739">
        <w:rPr>
          <w:rFonts w:ascii="Times New Roman" w:hAnsi="Times New Roman" w:cs="Times New Roman"/>
          <w:sz w:val="24"/>
          <w:szCs w:val="24"/>
        </w:rPr>
        <w:t xml:space="preserve"> sola </w:t>
      </w:r>
      <w:proofErr w:type="spellStart"/>
      <w:r w:rsidRPr="00460739">
        <w:rPr>
          <w:rFonts w:ascii="Times New Roman" w:hAnsi="Times New Roman" w:cs="Times New Roman"/>
          <w:sz w:val="24"/>
          <w:szCs w:val="24"/>
        </w:rPr>
        <w:t>domanda</w:t>
      </w:r>
      <w:proofErr w:type="spellEnd"/>
      <w:r w:rsidRPr="00460739">
        <w:rPr>
          <w:rFonts w:ascii="Times New Roman" w:hAnsi="Times New Roman" w:cs="Times New Roman"/>
          <w:sz w:val="24"/>
          <w:szCs w:val="24"/>
        </w:rPr>
        <w:t xml:space="preserve"> per </w:t>
      </w:r>
      <w:proofErr w:type="spellStart"/>
      <w:r w:rsidRPr="00460739">
        <w:rPr>
          <w:rFonts w:ascii="Times New Roman" w:hAnsi="Times New Roman" w:cs="Times New Roman"/>
          <w:sz w:val="24"/>
          <w:szCs w:val="24"/>
        </w:rPr>
        <w:t>il</w:t>
      </w:r>
      <w:proofErr w:type="spellEnd"/>
      <w:r w:rsidRPr="00460739">
        <w:rPr>
          <w:rFonts w:ascii="Times New Roman" w:hAnsi="Times New Roman" w:cs="Times New Roman"/>
          <w:sz w:val="24"/>
          <w:szCs w:val="24"/>
        </w:rPr>
        <w:t xml:space="preserve"> </w:t>
      </w:r>
      <w:proofErr w:type="spellStart"/>
      <w:r w:rsidRPr="00460739">
        <w:rPr>
          <w:rFonts w:ascii="Times New Roman" w:hAnsi="Times New Roman" w:cs="Times New Roman"/>
          <w:sz w:val="24"/>
          <w:szCs w:val="24"/>
        </w:rPr>
        <w:t>medesimo</w:t>
      </w:r>
      <w:proofErr w:type="spellEnd"/>
      <w:r w:rsidRPr="00460739">
        <w:rPr>
          <w:rFonts w:ascii="Times New Roman" w:hAnsi="Times New Roman" w:cs="Times New Roman"/>
          <w:sz w:val="24"/>
          <w:szCs w:val="24"/>
        </w:rPr>
        <w:t xml:space="preserve"> </w:t>
      </w:r>
      <w:proofErr w:type="spellStart"/>
      <w:r w:rsidRPr="00460739">
        <w:rPr>
          <w:rFonts w:ascii="Times New Roman" w:hAnsi="Times New Roman" w:cs="Times New Roman"/>
          <w:sz w:val="24"/>
          <w:szCs w:val="24"/>
        </w:rPr>
        <w:t>nucleo</w:t>
      </w:r>
      <w:proofErr w:type="spellEnd"/>
      <w:r w:rsidRPr="00460739">
        <w:rPr>
          <w:rFonts w:ascii="Times New Roman" w:hAnsi="Times New Roman" w:cs="Times New Roman"/>
          <w:sz w:val="24"/>
          <w:szCs w:val="24"/>
        </w:rPr>
        <w:t xml:space="preserve"> </w:t>
      </w:r>
      <w:proofErr w:type="spellStart"/>
      <w:r w:rsidRPr="00460739">
        <w:rPr>
          <w:rFonts w:ascii="Times New Roman" w:hAnsi="Times New Roman" w:cs="Times New Roman"/>
          <w:sz w:val="24"/>
          <w:szCs w:val="24"/>
        </w:rPr>
        <w:t>anagrafico</w:t>
      </w:r>
      <w:proofErr w:type="spellEnd"/>
      <w:r w:rsidRPr="00460739">
        <w:rPr>
          <w:rFonts w:ascii="Times New Roman" w:hAnsi="Times New Roman" w:cs="Times New Roman"/>
          <w:sz w:val="24"/>
          <w:szCs w:val="24"/>
        </w:rPr>
        <w:t>;</w:t>
      </w:r>
    </w:p>
    <w:p w14:paraId="5A76A7CB" w14:textId="77777777" w:rsidR="004F73A1" w:rsidRPr="00460739" w:rsidRDefault="003464D2" w:rsidP="00182820">
      <w:pPr>
        <w:jc w:val="both"/>
        <w:rPr>
          <w:rFonts w:ascii="Times New Roman" w:hAnsi="Times New Roman" w:cs="Times New Roman"/>
          <w:sz w:val="24"/>
          <w:szCs w:val="24"/>
        </w:rPr>
      </w:pPr>
      <w:r w:rsidRPr="00460739">
        <w:rPr>
          <w:rFonts w:ascii="Times New Roman" w:hAnsi="Times New Roman" w:cs="Times New Roman"/>
          <w:sz w:val="24"/>
          <w:szCs w:val="24"/>
        </w:rPr>
        <w:t xml:space="preserve">□ </w:t>
      </w:r>
      <w:proofErr w:type="spellStart"/>
      <w:r w:rsidRPr="00460739">
        <w:rPr>
          <w:rFonts w:ascii="Times New Roman" w:hAnsi="Times New Roman" w:cs="Times New Roman"/>
          <w:sz w:val="24"/>
          <w:szCs w:val="24"/>
        </w:rPr>
        <w:t>che</w:t>
      </w:r>
      <w:proofErr w:type="spellEnd"/>
      <w:r w:rsidRPr="00460739">
        <w:rPr>
          <w:rFonts w:ascii="Times New Roman" w:hAnsi="Times New Roman" w:cs="Times New Roman"/>
          <w:sz w:val="24"/>
          <w:szCs w:val="24"/>
        </w:rPr>
        <w:t xml:space="preserve"> le </w:t>
      </w:r>
      <w:proofErr w:type="spellStart"/>
      <w:r w:rsidRPr="00460739">
        <w:rPr>
          <w:rFonts w:ascii="Times New Roman" w:hAnsi="Times New Roman" w:cs="Times New Roman"/>
          <w:sz w:val="24"/>
          <w:szCs w:val="24"/>
        </w:rPr>
        <w:t>spese</w:t>
      </w:r>
      <w:proofErr w:type="spellEnd"/>
      <w:r w:rsidRPr="00460739">
        <w:rPr>
          <w:rFonts w:ascii="Times New Roman" w:hAnsi="Times New Roman" w:cs="Times New Roman"/>
          <w:sz w:val="24"/>
          <w:szCs w:val="24"/>
        </w:rPr>
        <w:t xml:space="preserve"> indicate </w:t>
      </w:r>
      <w:proofErr w:type="spellStart"/>
      <w:r w:rsidRPr="00460739">
        <w:rPr>
          <w:rFonts w:ascii="Times New Roman" w:hAnsi="Times New Roman" w:cs="Times New Roman"/>
          <w:sz w:val="24"/>
          <w:szCs w:val="24"/>
        </w:rPr>
        <w:t>si</w:t>
      </w:r>
      <w:proofErr w:type="spellEnd"/>
      <w:r w:rsidRPr="00460739">
        <w:rPr>
          <w:rFonts w:ascii="Times New Roman" w:hAnsi="Times New Roman" w:cs="Times New Roman"/>
          <w:sz w:val="24"/>
          <w:szCs w:val="24"/>
        </w:rPr>
        <w:t xml:space="preserve"> </w:t>
      </w:r>
      <w:proofErr w:type="spellStart"/>
      <w:r w:rsidRPr="00460739">
        <w:rPr>
          <w:rFonts w:ascii="Times New Roman" w:hAnsi="Times New Roman" w:cs="Times New Roman"/>
          <w:sz w:val="24"/>
          <w:szCs w:val="24"/>
        </w:rPr>
        <w:t>riferiscono</w:t>
      </w:r>
      <w:proofErr w:type="spellEnd"/>
      <w:r w:rsidRPr="00460739">
        <w:rPr>
          <w:rFonts w:ascii="Times New Roman" w:hAnsi="Times New Roman" w:cs="Times New Roman"/>
          <w:sz w:val="24"/>
          <w:szCs w:val="24"/>
        </w:rPr>
        <w:t xml:space="preserve"> </w:t>
      </w:r>
      <w:proofErr w:type="spellStart"/>
      <w:r w:rsidRPr="00460739">
        <w:rPr>
          <w:rFonts w:ascii="Times New Roman" w:hAnsi="Times New Roman" w:cs="Times New Roman"/>
          <w:sz w:val="24"/>
          <w:szCs w:val="24"/>
        </w:rPr>
        <w:t>all’abitazione</w:t>
      </w:r>
      <w:proofErr w:type="spellEnd"/>
      <w:r w:rsidRPr="00460739">
        <w:rPr>
          <w:rFonts w:ascii="Times New Roman" w:hAnsi="Times New Roman" w:cs="Times New Roman"/>
          <w:sz w:val="24"/>
          <w:szCs w:val="24"/>
        </w:rPr>
        <w:t xml:space="preserve"> </w:t>
      </w:r>
      <w:proofErr w:type="spellStart"/>
      <w:r w:rsidRPr="00460739">
        <w:rPr>
          <w:rFonts w:ascii="Times New Roman" w:hAnsi="Times New Roman" w:cs="Times New Roman"/>
          <w:sz w:val="24"/>
          <w:szCs w:val="24"/>
        </w:rPr>
        <w:t>principale</w:t>
      </w:r>
      <w:proofErr w:type="spellEnd"/>
      <w:r w:rsidRPr="00460739">
        <w:rPr>
          <w:rFonts w:ascii="Times New Roman" w:hAnsi="Times New Roman" w:cs="Times New Roman"/>
          <w:sz w:val="24"/>
          <w:szCs w:val="24"/>
        </w:rPr>
        <w:t xml:space="preserve">, a </w:t>
      </w:r>
      <w:proofErr w:type="spellStart"/>
      <w:r w:rsidRPr="00460739">
        <w:rPr>
          <w:rFonts w:ascii="Times New Roman" w:hAnsi="Times New Roman" w:cs="Times New Roman"/>
          <w:sz w:val="24"/>
          <w:szCs w:val="24"/>
        </w:rPr>
        <w:t>bollette</w:t>
      </w:r>
      <w:proofErr w:type="spellEnd"/>
      <w:r w:rsidRPr="00460739">
        <w:rPr>
          <w:rFonts w:ascii="Times New Roman" w:hAnsi="Times New Roman" w:cs="Times New Roman"/>
          <w:sz w:val="24"/>
          <w:szCs w:val="24"/>
        </w:rPr>
        <w:t xml:space="preserve"> con </w:t>
      </w:r>
      <w:proofErr w:type="spellStart"/>
      <w:r w:rsidRPr="00460739">
        <w:rPr>
          <w:rFonts w:ascii="Times New Roman" w:hAnsi="Times New Roman" w:cs="Times New Roman"/>
          <w:sz w:val="24"/>
          <w:szCs w:val="24"/>
        </w:rPr>
        <w:t>periodo</w:t>
      </w:r>
      <w:proofErr w:type="spellEnd"/>
      <w:r w:rsidRPr="00460739">
        <w:rPr>
          <w:rFonts w:ascii="Times New Roman" w:hAnsi="Times New Roman" w:cs="Times New Roman"/>
          <w:sz w:val="24"/>
          <w:szCs w:val="24"/>
        </w:rPr>
        <w:t xml:space="preserve"> di </w:t>
      </w:r>
      <w:proofErr w:type="spellStart"/>
      <w:r w:rsidRPr="00460739">
        <w:rPr>
          <w:rFonts w:ascii="Times New Roman" w:hAnsi="Times New Roman" w:cs="Times New Roman"/>
          <w:sz w:val="24"/>
          <w:szCs w:val="24"/>
        </w:rPr>
        <w:t>consumo</w:t>
      </w:r>
      <w:proofErr w:type="spellEnd"/>
      <w:r w:rsidRPr="00460739">
        <w:rPr>
          <w:rFonts w:ascii="Times New Roman" w:hAnsi="Times New Roman" w:cs="Times New Roman"/>
          <w:sz w:val="24"/>
          <w:szCs w:val="24"/>
        </w:rPr>
        <w:t xml:space="preserve"> </w:t>
      </w:r>
      <w:proofErr w:type="spellStart"/>
      <w:r w:rsidRPr="00460739">
        <w:rPr>
          <w:rFonts w:ascii="Times New Roman" w:hAnsi="Times New Roman" w:cs="Times New Roman"/>
          <w:sz w:val="24"/>
          <w:szCs w:val="24"/>
        </w:rPr>
        <w:t>ricadente</w:t>
      </w:r>
      <w:proofErr w:type="spellEnd"/>
      <w:r w:rsidRPr="00460739">
        <w:rPr>
          <w:rFonts w:ascii="Times New Roman" w:hAnsi="Times New Roman" w:cs="Times New Roman"/>
          <w:sz w:val="24"/>
          <w:szCs w:val="24"/>
        </w:rPr>
        <w:t xml:space="preserve"> </w:t>
      </w:r>
      <w:proofErr w:type="spellStart"/>
      <w:r w:rsidRPr="00460739">
        <w:rPr>
          <w:rFonts w:ascii="Times New Roman" w:hAnsi="Times New Roman" w:cs="Times New Roman"/>
          <w:sz w:val="24"/>
          <w:szCs w:val="24"/>
        </w:rPr>
        <w:t>almeno</w:t>
      </w:r>
      <w:proofErr w:type="spellEnd"/>
      <w:r w:rsidRPr="00460739">
        <w:rPr>
          <w:rFonts w:ascii="Times New Roman" w:hAnsi="Times New Roman" w:cs="Times New Roman"/>
          <w:sz w:val="24"/>
          <w:szCs w:val="24"/>
        </w:rPr>
        <w:t xml:space="preserve"> in parte </w:t>
      </w:r>
      <w:proofErr w:type="spellStart"/>
      <w:r w:rsidRPr="00460739">
        <w:rPr>
          <w:rFonts w:ascii="Times New Roman" w:hAnsi="Times New Roman" w:cs="Times New Roman"/>
          <w:sz w:val="24"/>
          <w:szCs w:val="24"/>
        </w:rPr>
        <w:t>tra</w:t>
      </w:r>
      <w:proofErr w:type="spellEnd"/>
      <w:r w:rsidRPr="00460739">
        <w:rPr>
          <w:rFonts w:ascii="Times New Roman" w:hAnsi="Times New Roman" w:cs="Times New Roman"/>
          <w:sz w:val="24"/>
          <w:szCs w:val="24"/>
        </w:rPr>
        <w:t xml:space="preserve"> </w:t>
      </w:r>
      <w:proofErr w:type="spellStart"/>
      <w:r w:rsidRPr="00460739">
        <w:rPr>
          <w:rFonts w:ascii="Times New Roman" w:hAnsi="Times New Roman" w:cs="Times New Roman"/>
          <w:sz w:val="24"/>
          <w:szCs w:val="24"/>
        </w:rPr>
        <w:t>il</w:t>
      </w:r>
      <w:proofErr w:type="spellEnd"/>
      <w:r w:rsidRPr="00460739">
        <w:rPr>
          <w:rFonts w:ascii="Times New Roman" w:hAnsi="Times New Roman" w:cs="Times New Roman"/>
          <w:sz w:val="24"/>
          <w:szCs w:val="24"/>
        </w:rPr>
        <w:t xml:space="preserve"> 1° </w:t>
      </w:r>
      <w:proofErr w:type="spellStart"/>
      <w:r w:rsidRPr="00460739">
        <w:rPr>
          <w:rFonts w:ascii="Times New Roman" w:hAnsi="Times New Roman" w:cs="Times New Roman"/>
          <w:sz w:val="24"/>
          <w:szCs w:val="24"/>
        </w:rPr>
        <w:t>ottobre</w:t>
      </w:r>
      <w:proofErr w:type="spellEnd"/>
      <w:r w:rsidRPr="00460739">
        <w:rPr>
          <w:rFonts w:ascii="Times New Roman" w:hAnsi="Times New Roman" w:cs="Times New Roman"/>
          <w:sz w:val="24"/>
          <w:szCs w:val="24"/>
        </w:rPr>
        <w:t xml:space="preserve"> 2025 e </w:t>
      </w:r>
      <w:proofErr w:type="spellStart"/>
      <w:r w:rsidRPr="00460739">
        <w:rPr>
          <w:rFonts w:ascii="Times New Roman" w:hAnsi="Times New Roman" w:cs="Times New Roman"/>
          <w:sz w:val="24"/>
          <w:szCs w:val="24"/>
        </w:rPr>
        <w:t>il</w:t>
      </w:r>
      <w:proofErr w:type="spellEnd"/>
      <w:r w:rsidRPr="00460739">
        <w:rPr>
          <w:rFonts w:ascii="Times New Roman" w:hAnsi="Times New Roman" w:cs="Times New Roman"/>
          <w:sz w:val="24"/>
          <w:szCs w:val="24"/>
        </w:rPr>
        <w:t xml:space="preserve"> 30 </w:t>
      </w:r>
      <w:proofErr w:type="spellStart"/>
      <w:r w:rsidRPr="00460739">
        <w:rPr>
          <w:rFonts w:ascii="Times New Roman" w:hAnsi="Times New Roman" w:cs="Times New Roman"/>
          <w:sz w:val="24"/>
          <w:szCs w:val="24"/>
        </w:rPr>
        <w:t>settembre</w:t>
      </w:r>
      <w:proofErr w:type="spellEnd"/>
      <w:r w:rsidRPr="00460739">
        <w:rPr>
          <w:rFonts w:ascii="Times New Roman" w:hAnsi="Times New Roman" w:cs="Times New Roman"/>
          <w:sz w:val="24"/>
          <w:szCs w:val="24"/>
        </w:rPr>
        <w:t xml:space="preserve"> 2026, e a </w:t>
      </w:r>
      <w:proofErr w:type="spellStart"/>
      <w:r w:rsidRPr="00460739">
        <w:rPr>
          <w:rFonts w:ascii="Times New Roman" w:hAnsi="Times New Roman" w:cs="Times New Roman"/>
          <w:sz w:val="24"/>
          <w:szCs w:val="24"/>
        </w:rPr>
        <w:t>pagamenti</w:t>
      </w:r>
      <w:proofErr w:type="spellEnd"/>
      <w:r w:rsidRPr="00460739">
        <w:rPr>
          <w:rFonts w:ascii="Times New Roman" w:hAnsi="Times New Roman" w:cs="Times New Roman"/>
          <w:sz w:val="24"/>
          <w:szCs w:val="24"/>
        </w:rPr>
        <w:t xml:space="preserve"> </w:t>
      </w:r>
      <w:proofErr w:type="spellStart"/>
      <w:r w:rsidRPr="00460739">
        <w:rPr>
          <w:rFonts w:ascii="Times New Roman" w:hAnsi="Times New Roman" w:cs="Times New Roman"/>
          <w:sz w:val="24"/>
          <w:szCs w:val="24"/>
        </w:rPr>
        <w:t>effettivamente</w:t>
      </w:r>
      <w:proofErr w:type="spellEnd"/>
      <w:r w:rsidRPr="00460739">
        <w:rPr>
          <w:rFonts w:ascii="Times New Roman" w:hAnsi="Times New Roman" w:cs="Times New Roman"/>
          <w:sz w:val="24"/>
          <w:szCs w:val="24"/>
        </w:rPr>
        <w:t xml:space="preserve"> </w:t>
      </w:r>
      <w:proofErr w:type="spellStart"/>
      <w:r w:rsidRPr="00460739">
        <w:rPr>
          <w:rFonts w:ascii="Times New Roman" w:hAnsi="Times New Roman" w:cs="Times New Roman"/>
          <w:sz w:val="24"/>
          <w:szCs w:val="24"/>
        </w:rPr>
        <w:t>effettuati</w:t>
      </w:r>
      <w:proofErr w:type="spellEnd"/>
      <w:r w:rsidRPr="00460739">
        <w:rPr>
          <w:rFonts w:ascii="Times New Roman" w:hAnsi="Times New Roman" w:cs="Times New Roman"/>
          <w:sz w:val="24"/>
          <w:szCs w:val="24"/>
        </w:rPr>
        <w:t xml:space="preserve"> </w:t>
      </w:r>
      <w:proofErr w:type="spellStart"/>
      <w:r w:rsidRPr="00460739">
        <w:rPr>
          <w:rFonts w:ascii="Times New Roman" w:hAnsi="Times New Roman" w:cs="Times New Roman"/>
          <w:sz w:val="24"/>
          <w:szCs w:val="24"/>
        </w:rPr>
        <w:t>entro</w:t>
      </w:r>
      <w:proofErr w:type="spellEnd"/>
      <w:r w:rsidRPr="00460739">
        <w:rPr>
          <w:rFonts w:ascii="Times New Roman" w:hAnsi="Times New Roman" w:cs="Times New Roman"/>
          <w:sz w:val="24"/>
          <w:szCs w:val="24"/>
        </w:rPr>
        <w:t xml:space="preserve"> la data </w:t>
      </w:r>
      <w:proofErr w:type="spellStart"/>
      <w:r w:rsidRPr="00460739">
        <w:rPr>
          <w:rFonts w:ascii="Times New Roman" w:hAnsi="Times New Roman" w:cs="Times New Roman"/>
          <w:sz w:val="24"/>
          <w:szCs w:val="24"/>
        </w:rPr>
        <w:t>della</w:t>
      </w:r>
      <w:proofErr w:type="spellEnd"/>
      <w:r w:rsidRPr="00460739">
        <w:rPr>
          <w:rFonts w:ascii="Times New Roman" w:hAnsi="Times New Roman" w:cs="Times New Roman"/>
          <w:sz w:val="24"/>
          <w:szCs w:val="24"/>
        </w:rPr>
        <w:t xml:space="preserve"> </w:t>
      </w:r>
      <w:proofErr w:type="spellStart"/>
      <w:r w:rsidRPr="00460739">
        <w:rPr>
          <w:rFonts w:ascii="Times New Roman" w:hAnsi="Times New Roman" w:cs="Times New Roman"/>
          <w:sz w:val="24"/>
          <w:szCs w:val="24"/>
        </w:rPr>
        <w:t>domanda</w:t>
      </w:r>
      <w:proofErr w:type="spellEnd"/>
      <w:r w:rsidRPr="00460739">
        <w:rPr>
          <w:rFonts w:ascii="Times New Roman" w:hAnsi="Times New Roman" w:cs="Times New Roman"/>
          <w:sz w:val="24"/>
          <w:szCs w:val="24"/>
        </w:rPr>
        <w:t>.</w:t>
      </w:r>
    </w:p>
    <w:p w14:paraId="150FED71" w14:textId="77777777" w:rsidR="004F73A1" w:rsidRPr="00460739" w:rsidRDefault="003464D2">
      <w:pPr>
        <w:rPr>
          <w:rFonts w:ascii="Times New Roman" w:hAnsi="Times New Roman" w:cs="Times New Roman"/>
          <w:sz w:val="24"/>
          <w:szCs w:val="24"/>
        </w:rPr>
      </w:pPr>
      <w:r w:rsidRPr="00460739">
        <w:rPr>
          <w:rFonts w:ascii="Times New Roman" w:hAnsi="Times New Roman" w:cs="Times New Roman"/>
          <w:b/>
          <w:sz w:val="24"/>
          <w:szCs w:val="24"/>
        </w:rPr>
        <w:t>UTENZE PER LE QUALI SI RICHIEDE IL CONTRIBUTO</w:t>
      </w:r>
    </w:p>
    <w:p w14:paraId="1F14C199" w14:textId="77777777" w:rsidR="004F73A1" w:rsidRPr="00460739" w:rsidRDefault="003464D2" w:rsidP="00182820">
      <w:pPr>
        <w:jc w:val="both"/>
        <w:rPr>
          <w:rFonts w:ascii="Times New Roman" w:hAnsi="Times New Roman" w:cs="Times New Roman"/>
          <w:sz w:val="24"/>
          <w:szCs w:val="24"/>
        </w:rPr>
      </w:pPr>
      <w:r w:rsidRPr="00460739">
        <w:rPr>
          <w:rFonts w:ascii="Times New Roman" w:hAnsi="Times New Roman" w:cs="Times New Roman"/>
          <w:sz w:val="24"/>
          <w:szCs w:val="24"/>
        </w:rPr>
        <w:t xml:space="preserve">□ Gas     □ </w:t>
      </w:r>
      <w:proofErr w:type="spellStart"/>
      <w:r w:rsidRPr="00460739">
        <w:rPr>
          <w:rFonts w:ascii="Times New Roman" w:hAnsi="Times New Roman" w:cs="Times New Roman"/>
          <w:sz w:val="24"/>
          <w:szCs w:val="24"/>
        </w:rPr>
        <w:t>Energia</w:t>
      </w:r>
      <w:proofErr w:type="spellEnd"/>
      <w:r w:rsidRPr="00460739">
        <w:rPr>
          <w:rFonts w:ascii="Times New Roman" w:hAnsi="Times New Roman" w:cs="Times New Roman"/>
          <w:sz w:val="24"/>
          <w:szCs w:val="24"/>
        </w:rPr>
        <w:t xml:space="preserve"> </w:t>
      </w:r>
      <w:proofErr w:type="spellStart"/>
      <w:r w:rsidRPr="00460739">
        <w:rPr>
          <w:rFonts w:ascii="Times New Roman" w:hAnsi="Times New Roman" w:cs="Times New Roman"/>
          <w:sz w:val="24"/>
          <w:szCs w:val="24"/>
        </w:rPr>
        <w:t>elettrica</w:t>
      </w:r>
      <w:proofErr w:type="spellEnd"/>
      <w:r w:rsidRPr="00460739">
        <w:rPr>
          <w:rFonts w:ascii="Times New Roman" w:hAnsi="Times New Roman" w:cs="Times New Roman"/>
          <w:sz w:val="24"/>
          <w:szCs w:val="24"/>
        </w:rPr>
        <w:t xml:space="preserve">     □ </w:t>
      </w:r>
      <w:proofErr w:type="spellStart"/>
      <w:r w:rsidRPr="00460739">
        <w:rPr>
          <w:rFonts w:ascii="Times New Roman" w:hAnsi="Times New Roman" w:cs="Times New Roman"/>
          <w:sz w:val="24"/>
          <w:szCs w:val="24"/>
        </w:rPr>
        <w:t>Acqua</w:t>
      </w:r>
      <w:proofErr w:type="spellEnd"/>
      <w:r w:rsidRPr="00460739">
        <w:rPr>
          <w:rFonts w:ascii="Times New Roman" w:hAnsi="Times New Roman" w:cs="Times New Roman"/>
          <w:sz w:val="24"/>
          <w:szCs w:val="24"/>
        </w:rPr>
        <w:t xml:space="preserve">     □ Gas/</w:t>
      </w:r>
      <w:proofErr w:type="spellStart"/>
      <w:r w:rsidRPr="00460739">
        <w:rPr>
          <w:rFonts w:ascii="Times New Roman" w:hAnsi="Times New Roman" w:cs="Times New Roman"/>
          <w:sz w:val="24"/>
          <w:szCs w:val="24"/>
        </w:rPr>
        <w:t>riscaldamento</w:t>
      </w:r>
      <w:proofErr w:type="spellEnd"/>
      <w:r w:rsidRPr="00460739">
        <w:rPr>
          <w:rFonts w:ascii="Times New Roman" w:hAnsi="Times New Roman" w:cs="Times New Roman"/>
          <w:sz w:val="24"/>
          <w:szCs w:val="24"/>
        </w:rPr>
        <w:t xml:space="preserve"> </w:t>
      </w:r>
      <w:proofErr w:type="spellStart"/>
      <w:r w:rsidRPr="00460739">
        <w:rPr>
          <w:rFonts w:ascii="Times New Roman" w:hAnsi="Times New Roman" w:cs="Times New Roman"/>
          <w:sz w:val="24"/>
          <w:szCs w:val="24"/>
        </w:rPr>
        <w:t>centralizzato</w:t>
      </w:r>
      <w:proofErr w:type="spellEnd"/>
      <w:r w:rsidRPr="00460739">
        <w:rPr>
          <w:rFonts w:ascii="Times New Roman" w:hAnsi="Times New Roman" w:cs="Times New Roman"/>
          <w:sz w:val="24"/>
          <w:szCs w:val="24"/>
        </w:rPr>
        <w:t xml:space="preserve"> (con </w:t>
      </w:r>
      <w:proofErr w:type="spellStart"/>
      <w:r w:rsidRPr="00460739">
        <w:rPr>
          <w:rFonts w:ascii="Times New Roman" w:hAnsi="Times New Roman" w:cs="Times New Roman"/>
          <w:sz w:val="24"/>
          <w:szCs w:val="24"/>
        </w:rPr>
        <w:t>documentazione</w:t>
      </w:r>
      <w:proofErr w:type="spellEnd"/>
      <w:r w:rsidRPr="00460739">
        <w:rPr>
          <w:rFonts w:ascii="Times New Roman" w:hAnsi="Times New Roman" w:cs="Times New Roman"/>
          <w:sz w:val="24"/>
          <w:szCs w:val="24"/>
        </w:rPr>
        <w:t xml:space="preserve"> </w:t>
      </w:r>
      <w:proofErr w:type="spellStart"/>
      <w:proofErr w:type="gramStart"/>
      <w:r w:rsidRPr="00460739">
        <w:rPr>
          <w:rFonts w:ascii="Times New Roman" w:hAnsi="Times New Roman" w:cs="Times New Roman"/>
          <w:sz w:val="24"/>
          <w:szCs w:val="24"/>
        </w:rPr>
        <w:t>della</w:t>
      </w:r>
      <w:proofErr w:type="spellEnd"/>
      <w:proofErr w:type="gramEnd"/>
      <w:r w:rsidRPr="00460739">
        <w:rPr>
          <w:rFonts w:ascii="Times New Roman" w:hAnsi="Times New Roman" w:cs="Times New Roman"/>
          <w:sz w:val="24"/>
          <w:szCs w:val="24"/>
        </w:rPr>
        <w:t xml:space="preserve"> quota </w:t>
      </w:r>
      <w:proofErr w:type="spellStart"/>
      <w:r w:rsidRPr="00460739">
        <w:rPr>
          <w:rFonts w:ascii="Times New Roman" w:hAnsi="Times New Roman" w:cs="Times New Roman"/>
          <w:sz w:val="24"/>
          <w:szCs w:val="24"/>
        </w:rPr>
        <w:t>individuale</w:t>
      </w:r>
      <w:proofErr w:type="spellEnd"/>
      <w:r w:rsidRPr="00460739">
        <w:rPr>
          <w:rFonts w:ascii="Times New Roman" w:hAnsi="Times New Roman" w:cs="Times New Roman"/>
          <w:sz w:val="24"/>
          <w:szCs w:val="24"/>
        </w:rPr>
        <w:t>)</w:t>
      </w:r>
    </w:p>
    <w:p w14:paraId="7A53D13C" w14:textId="77777777" w:rsidR="004F73A1" w:rsidRPr="00460739" w:rsidRDefault="003464D2" w:rsidP="00182820">
      <w:pPr>
        <w:jc w:val="both"/>
        <w:rPr>
          <w:rFonts w:ascii="Times New Roman" w:hAnsi="Times New Roman" w:cs="Times New Roman"/>
          <w:sz w:val="24"/>
          <w:szCs w:val="24"/>
        </w:rPr>
      </w:pPr>
      <w:r w:rsidRPr="00460739">
        <w:rPr>
          <w:rFonts w:ascii="Times New Roman" w:hAnsi="Times New Roman" w:cs="Times New Roman"/>
          <w:sz w:val="24"/>
          <w:szCs w:val="24"/>
        </w:rPr>
        <w:t xml:space="preserve">□ </w:t>
      </w:r>
      <w:proofErr w:type="gramStart"/>
      <w:r w:rsidRPr="00460739">
        <w:rPr>
          <w:rFonts w:ascii="Times New Roman" w:hAnsi="Times New Roman" w:cs="Times New Roman"/>
          <w:sz w:val="24"/>
          <w:szCs w:val="24"/>
        </w:rPr>
        <w:t>In</w:t>
      </w:r>
      <w:proofErr w:type="gramEnd"/>
      <w:r w:rsidRPr="00460739">
        <w:rPr>
          <w:rFonts w:ascii="Times New Roman" w:hAnsi="Times New Roman" w:cs="Times New Roman"/>
          <w:sz w:val="24"/>
          <w:szCs w:val="24"/>
        </w:rPr>
        <w:t xml:space="preserve"> </w:t>
      </w:r>
      <w:proofErr w:type="spellStart"/>
      <w:r w:rsidRPr="00460739">
        <w:rPr>
          <w:rFonts w:ascii="Times New Roman" w:hAnsi="Times New Roman" w:cs="Times New Roman"/>
          <w:sz w:val="24"/>
          <w:szCs w:val="24"/>
        </w:rPr>
        <w:t>presenza</w:t>
      </w:r>
      <w:proofErr w:type="spellEnd"/>
      <w:r w:rsidRPr="00460739">
        <w:rPr>
          <w:rFonts w:ascii="Times New Roman" w:hAnsi="Times New Roman" w:cs="Times New Roman"/>
          <w:sz w:val="24"/>
          <w:szCs w:val="24"/>
        </w:rPr>
        <w:t xml:space="preserve"> di </w:t>
      </w:r>
      <w:proofErr w:type="spellStart"/>
      <w:r w:rsidRPr="00460739">
        <w:rPr>
          <w:rFonts w:ascii="Times New Roman" w:hAnsi="Times New Roman" w:cs="Times New Roman"/>
          <w:sz w:val="24"/>
          <w:szCs w:val="24"/>
        </w:rPr>
        <w:t>utenza</w:t>
      </w:r>
      <w:proofErr w:type="spellEnd"/>
      <w:r w:rsidRPr="00460739">
        <w:rPr>
          <w:rFonts w:ascii="Times New Roman" w:hAnsi="Times New Roman" w:cs="Times New Roman"/>
          <w:sz w:val="24"/>
          <w:szCs w:val="24"/>
        </w:rPr>
        <w:t xml:space="preserve"> </w:t>
      </w:r>
      <w:proofErr w:type="spellStart"/>
      <w:r w:rsidRPr="00460739">
        <w:rPr>
          <w:rFonts w:ascii="Times New Roman" w:hAnsi="Times New Roman" w:cs="Times New Roman"/>
          <w:sz w:val="24"/>
          <w:szCs w:val="24"/>
        </w:rPr>
        <w:t>intestata</w:t>
      </w:r>
      <w:proofErr w:type="spellEnd"/>
      <w:r w:rsidRPr="00460739">
        <w:rPr>
          <w:rFonts w:ascii="Times New Roman" w:hAnsi="Times New Roman" w:cs="Times New Roman"/>
          <w:sz w:val="24"/>
          <w:szCs w:val="24"/>
        </w:rPr>
        <w:t xml:space="preserve"> a un </w:t>
      </w:r>
      <w:proofErr w:type="spellStart"/>
      <w:r w:rsidRPr="00460739">
        <w:rPr>
          <w:rFonts w:ascii="Times New Roman" w:hAnsi="Times New Roman" w:cs="Times New Roman"/>
          <w:sz w:val="24"/>
          <w:szCs w:val="24"/>
        </w:rPr>
        <w:t>soggetto</w:t>
      </w:r>
      <w:proofErr w:type="spellEnd"/>
      <w:r w:rsidRPr="00460739">
        <w:rPr>
          <w:rFonts w:ascii="Times New Roman" w:hAnsi="Times New Roman" w:cs="Times New Roman"/>
          <w:sz w:val="24"/>
          <w:szCs w:val="24"/>
        </w:rPr>
        <w:t xml:space="preserve"> non </w:t>
      </w:r>
      <w:proofErr w:type="spellStart"/>
      <w:r w:rsidRPr="00460739">
        <w:rPr>
          <w:rFonts w:ascii="Times New Roman" w:hAnsi="Times New Roman" w:cs="Times New Roman"/>
          <w:sz w:val="24"/>
          <w:szCs w:val="24"/>
        </w:rPr>
        <w:t>più</w:t>
      </w:r>
      <w:proofErr w:type="spellEnd"/>
      <w:r w:rsidRPr="00460739">
        <w:rPr>
          <w:rFonts w:ascii="Times New Roman" w:hAnsi="Times New Roman" w:cs="Times New Roman"/>
          <w:sz w:val="24"/>
          <w:szCs w:val="24"/>
        </w:rPr>
        <w:t xml:space="preserve"> </w:t>
      </w:r>
      <w:proofErr w:type="spellStart"/>
      <w:r w:rsidRPr="00460739">
        <w:rPr>
          <w:rFonts w:ascii="Times New Roman" w:hAnsi="Times New Roman" w:cs="Times New Roman"/>
          <w:sz w:val="24"/>
          <w:szCs w:val="24"/>
        </w:rPr>
        <w:t>appartenente</w:t>
      </w:r>
      <w:proofErr w:type="spellEnd"/>
      <w:r w:rsidRPr="00460739">
        <w:rPr>
          <w:rFonts w:ascii="Times New Roman" w:hAnsi="Times New Roman" w:cs="Times New Roman"/>
          <w:sz w:val="24"/>
          <w:szCs w:val="24"/>
        </w:rPr>
        <w:t xml:space="preserve"> al </w:t>
      </w:r>
      <w:proofErr w:type="spellStart"/>
      <w:r w:rsidRPr="00460739">
        <w:rPr>
          <w:rFonts w:ascii="Times New Roman" w:hAnsi="Times New Roman" w:cs="Times New Roman"/>
          <w:sz w:val="24"/>
          <w:szCs w:val="24"/>
        </w:rPr>
        <w:t>nucleo</w:t>
      </w:r>
      <w:proofErr w:type="spellEnd"/>
      <w:r w:rsidRPr="00460739">
        <w:rPr>
          <w:rFonts w:ascii="Times New Roman" w:hAnsi="Times New Roman" w:cs="Times New Roman"/>
          <w:sz w:val="24"/>
          <w:szCs w:val="24"/>
        </w:rPr>
        <w:t xml:space="preserve"> </w:t>
      </w:r>
      <w:proofErr w:type="spellStart"/>
      <w:r w:rsidRPr="00460739">
        <w:rPr>
          <w:rFonts w:ascii="Times New Roman" w:hAnsi="Times New Roman" w:cs="Times New Roman"/>
          <w:sz w:val="24"/>
          <w:szCs w:val="24"/>
        </w:rPr>
        <w:t>anagrafico</w:t>
      </w:r>
      <w:proofErr w:type="spellEnd"/>
      <w:r w:rsidRPr="00460739">
        <w:rPr>
          <w:rFonts w:ascii="Times New Roman" w:hAnsi="Times New Roman" w:cs="Times New Roman"/>
          <w:sz w:val="24"/>
          <w:szCs w:val="24"/>
        </w:rPr>
        <w:t xml:space="preserve">, </w:t>
      </w:r>
      <w:proofErr w:type="spellStart"/>
      <w:r w:rsidRPr="00460739">
        <w:rPr>
          <w:rFonts w:ascii="Times New Roman" w:hAnsi="Times New Roman" w:cs="Times New Roman"/>
          <w:sz w:val="24"/>
          <w:szCs w:val="24"/>
        </w:rPr>
        <w:t>allego</w:t>
      </w:r>
      <w:proofErr w:type="spellEnd"/>
      <w:r w:rsidRPr="00460739">
        <w:rPr>
          <w:rFonts w:ascii="Times New Roman" w:hAnsi="Times New Roman" w:cs="Times New Roman"/>
          <w:sz w:val="24"/>
          <w:szCs w:val="24"/>
        </w:rPr>
        <w:t xml:space="preserve"> </w:t>
      </w:r>
      <w:proofErr w:type="spellStart"/>
      <w:r w:rsidRPr="00460739">
        <w:rPr>
          <w:rFonts w:ascii="Times New Roman" w:hAnsi="Times New Roman" w:cs="Times New Roman"/>
          <w:sz w:val="24"/>
          <w:szCs w:val="24"/>
        </w:rPr>
        <w:t>prova</w:t>
      </w:r>
      <w:proofErr w:type="spellEnd"/>
      <w:r w:rsidRPr="00460739">
        <w:rPr>
          <w:rFonts w:ascii="Times New Roman" w:hAnsi="Times New Roman" w:cs="Times New Roman"/>
          <w:sz w:val="24"/>
          <w:szCs w:val="24"/>
        </w:rPr>
        <w:t xml:space="preserve"> </w:t>
      </w:r>
      <w:proofErr w:type="spellStart"/>
      <w:r w:rsidRPr="00460739">
        <w:rPr>
          <w:rFonts w:ascii="Times New Roman" w:hAnsi="Times New Roman" w:cs="Times New Roman"/>
          <w:sz w:val="24"/>
          <w:szCs w:val="24"/>
        </w:rPr>
        <w:t>della</w:t>
      </w:r>
      <w:proofErr w:type="spellEnd"/>
      <w:r w:rsidRPr="00460739">
        <w:rPr>
          <w:rFonts w:ascii="Times New Roman" w:hAnsi="Times New Roman" w:cs="Times New Roman"/>
          <w:sz w:val="24"/>
          <w:szCs w:val="24"/>
        </w:rPr>
        <w:t xml:space="preserve"> </w:t>
      </w:r>
      <w:proofErr w:type="spellStart"/>
      <w:r w:rsidRPr="00460739">
        <w:rPr>
          <w:rFonts w:ascii="Times New Roman" w:hAnsi="Times New Roman" w:cs="Times New Roman"/>
          <w:sz w:val="24"/>
          <w:szCs w:val="24"/>
        </w:rPr>
        <w:t>voltura</w:t>
      </w:r>
      <w:proofErr w:type="spellEnd"/>
      <w:r w:rsidRPr="00460739">
        <w:rPr>
          <w:rFonts w:ascii="Times New Roman" w:hAnsi="Times New Roman" w:cs="Times New Roman"/>
          <w:sz w:val="24"/>
          <w:szCs w:val="24"/>
        </w:rPr>
        <w:t xml:space="preserve"> </w:t>
      </w:r>
      <w:proofErr w:type="spellStart"/>
      <w:r w:rsidRPr="00460739">
        <w:rPr>
          <w:rFonts w:ascii="Times New Roman" w:hAnsi="Times New Roman" w:cs="Times New Roman"/>
          <w:sz w:val="24"/>
          <w:szCs w:val="24"/>
        </w:rPr>
        <w:t>effettuata</w:t>
      </w:r>
      <w:proofErr w:type="spellEnd"/>
      <w:r w:rsidRPr="00460739">
        <w:rPr>
          <w:rFonts w:ascii="Times New Roman" w:hAnsi="Times New Roman" w:cs="Times New Roman"/>
          <w:sz w:val="24"/>
          <w:szCs w:val="24"/>
        </w:rPr>
        <w:t xml:space="preserve"> o </w:t>
      </w:r>
      <w:proofErr w:type="spellStart"/>
      <w:r w:rsidRPr="00460739">
        <w:rPr>
          <w:rFonts w:ascii="Times New Roman" w:hAnsi="Times New Roman" w:cs="Times New Roman"/>
          <w:sz w:val="24"/>
          <w:szCs w:val="24"/>
        </w:rPr>
        <w:t>avviata</w:t>
      </w:r>
      <w:proofErr w:type="spellEnd"/>
      <w:r w:rsidRPr="00460739">
        <w:rPr>
          <w:rFonts w:ascii="Times New Roman" w:hAnsi="Times New Roman" w:cs="Times New Roman"/>
          <w:sz w:val="24"/>
          <w:szCs w:val="24"/>
        </w:rPr>
        <w:t xml:space="preserve"> a </w:t>
      </w:r>
      <w:proofErr w:type="spellStart"/>
      <w:r w:rsidRPr="00460739">
        <w:rPr>
          <w:rFonts w:ascii="Times New Roman" w:hAnsi="Times New Roman" w:cs="Times New Roman"/>
          <w:sz w:val="24"/>
          <w:szCs w:val="24"/>
        </w:rPr>
        <w:t>favore</w:t>
      </w:r>
      <w:proofErr w:type="spellEnd"/>
      <w:r w:rsidRPr="00460739">
        <w:rPr>
          <w:rFonts w:ascii="Times New Roman" w:hAnsi="Times New Roman" w:cs="Times New Roman"/>
          <w:sz w:val="24"/>
          <w:szCs w:val="24"/>
        </w:rPr>
        <w:t xml:space="preserve"> di un </w:t>
      </w:r>
      <w:proofErr w:type="spellStart"/>
      <w:r w:rsidRPr="00460739">
        <w:rPr>
          <w:rFonts w:ascii="Times New Roman" w:hAnsi="Times New Roman" w:cs="Times New Roman"/>
          <w:sz w:val="24"/>
          <w:szCs w:val="24"/>
        </w:rPr>
        <w:t>componente</w:t>
      </w:r>
      <w:proofErr w:type="spellEnd"/>
      <w:r w:rsidRPr="00460739">
        <w:rPr>
          <w:rFonts w:ascii="Times New Roman" w:hAnsi="Times New Roman" w:cs="Times New Roman"/>
          <w:sz w:val="24"/>
          <w:szCs w:val="24"/>
        </w:rPr>
        <w:t xml:space="preserve"> </w:t>
      </w:r>
      <w:proofErr w:type="spellStart"/>
      <w:r w:rsidRPr="00460739">
        <w:rPr>
          <w:rFonts w:ascii="Times New Roman" w:hAnsi="Times New Roman" w:cs="Times New Roman"/>
          <w:sz w:val="24"/>
          <w:szCs w:val="24"/>
        </w:rPr>
        <w:t>dell’attuale</w:t>
      </w:r>
      <w:proofErr w:type="spellEnd"/>
      <w:r w:rsidRPr="00460739">
        <w:rPr>
          <w:rFonts w:ascii="Times New Roman" w:hAnsi="Times New Roman" w:cs="Times New Roman"/>
          <w:sz w:val="24"/>
          <w:szCs w:val="24"/>
        </w:rPr>
        <w:t xml:space="preserve"> </w:t>
      </w:r>
      <w:proofErr w:type="spellStart"/>
      <w:r w:rsidRPr="00460739">
        <w:rPr>
          <w:rFonts w:ascii="Times New Roman" w:hAnsi="Times New Roman" w:cs="Times New Roman"/>
          <w:sz w:val="24"/>
          <w:szCs w:val="24"/>
        </w:rPr>
        <w:t>nucleo</w:t>
      </w:r>
      <w:proofErr w:type="spellEnd"/>
      <w:r w:rsidRPr="00460739">
        <w:rPr>
          <w:rFonts w:ascii="Times New Roman" w:hAnsi="Times New Roman" w:cs="Times New Roman"/>
          <w:sz w:val="24"/>
          <w:szCs w:val="24"/>
        </w:rPr>
        <w:t>.</w:t>
      </w:r>
    </w:p>
    <w:p w14:paraId="7C8EF603" w14:textId="77777777" w:rsidR="004F73A1" w:rsidRPr="00460739" w:rsidRDefault="003464D2">
      <w:pPr>
        <w:rPr>
          <w:rFonts w:ascii="Times New Roman" w:hAnsi="Times New Roman" w:cs="Times New Roman"/>
          <w:sz w:val="24"/>
          <w:szCs w:val="24"/>
        </w:rPr>
      </w:pPr>
      <w:r w:rsidRPr="00460739">
        <w:rPr>
          <w:rFonts w:ascii="Times New Roman" w:hAnsi="Times New Roman" w:cs="Times New Roman"/>
          <w:b/>
          <w:sz w:val="24"/>
          <w:szCs w:val="24"/>
        </w:rPr>
        <w:t>MODALITÀ DI PAGAMENTO DEL CONTRIBUTO</w:t>
      </w:r>
    </w:p>
    <w:p w14:paraId="1380BDD0" w14:textId="77777777" w:rsidR="004F73A1" w:rsidRPr="00460739" w:rsidRDefault="003464D2" w:rsidP="00182820">
      <w:pPr>
        <w:jc w:val="both"/>
        <w:rPr>
          <w:rFonts w:ascii="Times New Roman" w:hAnsi="Times New Roman" w:cs="Times New Roman"/>
          <w:sz w:val="24"/>
          <w:szCs w:val="24"/>
        </w:rPr>
      </w:pPr>
      <w:r w:rsidRPr="00460739">
        <w:rPr>
          <w:rFonts w:ascii="Times New Roman" w:hAnsi="Times New Roman" w:cs="Times New Roman"/>
          <w:sz w:val="24"/>
          <w:szCs w:val="24"/>
        </w:rPr>
        <w:t xml:space="preserve">□ </w:t>
      </w:r>
      <w:proofErr w:type="spellStart"/>
      <w:r w:rsidRPr="00460739">
        <w:rPr>
          <w:rFonts w:ascii="Times New Roman" w:hAnsi="Times New Roman" w:cs="Times New Roman"/>
          <w:sz w:val="24"/>
          <w:szCs w:val="24"/>
        </w:rPr>
        <w:t>Accredito</w:t>
      </w:r>
      <w:proofErr w:type="spellEnd"/>
      <w:r w:rsidRPr="00460739">
        <w:rPr>
          <w:rFonts w:ascii="Times New Roman" w:hAnsi="Times New Roman" w:cs="Times New Roman"/>
          <w:sz w:val="24"/>
          <w:szCs w:val="24"/>
        </w:rPr>
        <w:t xml:space="preserve"> </w:t>
      </w:r>
      <w:proofErr w:type="spellStart"/>
      <w:r w:rsidRPr="00460739">
        <w:rPr>
          <w:rFonts w:ascii="Times New Roman" w:hAnsi="Times New Roman" w:cs="Times New Roman"/>
          <w:sz w:val="24"/>
          <w:szCs w:val="24"/>
        </w:rPr>
        <w:t>su</w:t>
      </w:r>
      <w:proofErr w:type="spellEnd"/>
      <w:r w:rsidRPr="00460739">
        <w:rPr>
          <w:rFonts w:ascii="Times New Roman" w:hAnsi="Times New Roman" w:cs="Times New Roman"/>
          <w:sz w:val="24"/>
          <w:szCs w:val="24"/>
        </w:rPr>
        <w:t xml:space="preserve"> IBAN </w:t>
      </w:r>
      <w:proofErr w:type="spellStart"/>
      <w:r w:rsidRPr="00460739">
        <w:rPr>
          <w:rFonts w:ascii="Times New Roman" w:hAnsi="Times New Roman" w:cs="Times New Roman"/>
          <w:sz w:val="24"/>
          <w:szCs w:val="24"/>
        </w:rPr>
        <w:t>intestato</w:t>
      </w:r>
      <w:proofErr w:type="spellEnd"/>
      <w:r w:rsidRPr="00460739">
        <w:rPr>
          <w:rFonts w:ascii="Times New Roman" w:hAnsi="Times New Roman" w:cs="Times New Roman"/>
          <w:sz w:val="24"/>
          <w:szCs w:val="24"/>
        </w:rPr>
        <w:t>/</w:t>
      </w:r>
      <w:proofErr w:type="spellStart"/>
      <w:r w:rsidRPr="00460739">
        <w:rPr>
          <w:rFonts w:ascii="Times New Roman" w:hAnsi="Times New Roman" w:cs="Times New Roman"/>
          <w:sz w:val="24"/>
          <w:szCs w:val="24"/>
        </w:rPr>
        <w:t>cointestato</w:t>
      </w:r>
      <w:proofErr w:type="spellEnd"/>
      <w:r w:rsidRPr="00460739">
        <w:rPr>
          <w:rFonts w:ascii="Times New Roman" w:hAnsi="Times New Roman" w:cs="Times New Roman"/>
          <w:sz w:val="24"/>
          <w:szCs w:val="24"/>
        </w:rPr>
        <w:t xml:space="preserve"> al </w:t>
      </w:r>
      <w:proofErr w:type="spellStart"/>
      <w:r w:rsidRPr="00460739">
        <w:rPr>
          <w:rFonts w:ascii="Times New Roman" w:hAnsi="Times New Roman" w:cs="Times New Roman"/>
          <w:sz w:val="24"/>
          <w:szCs w:val="24"/>
        </w:rPr>
        <w:t>beneficiario</w:t>
      </w:r>
      <w:proofErr w:type="spellEnd"/>
      <w:r w:rsidRPr="00460739">
        <w:rPr>
          <w:rFonts w:ascii="Times New Roman" w:hAnsi="Times New Roman" w:cs="Times New Roman"/>
          <w:sz w:val="24"/>
          <w:szCs w:val="24"/>
        </w:rPr>
        <w:t>:</w:t>
      </w:r>
    </w:p>
    <w:p w14:paraId="4CFE9D9E" w14:textId="77777777" w:rsidR="004F73A1" w:rsidRPr="00460739" w:rsidRDefault="003464D2">
      <w:pPr>
        <w:rPr>
          <w:rFonts w:ascii="Times New Roman" w:hAnsi="Times New Roman" w:cs="Times New Roman"/>
          <w:sz w:val="24"/>
          <w:szCs w:val="24"/>
        </w:rPr>
      </w:pPr>
      <w:r w:rsidRPr="00460739">
        <w:rPr>
          <w:rFonts w:ascii="Times New Roman" w:hAnsi="Times New Roman" w:cs="Times New Roman"/>
          <w:sz w:val="24"/>
          <w:szCs w:val="24"/>
        </w:rPr>
        <w:lastRenderedPageBreak/>
        <w:t>IBAN __________________________________________________________________________________</w:t>
      </w:r>
    </w:p>
    <w:p w14:paraId="5EF1940F" w14:textId="77777777" w:rsidR="004F73A1" w:rsidRPr="00460739" w:rsidRDefault="003464D2">
      <w:pPr>
        <w:rPr>
          <w:rFonts w:ascii="Times New Roman" w:hAnsi="Times New Roman" w:cs="Times New Roman"/>
          <w:sz w:val="24"/>
          <w:szCs w:val="24"/>
        </w:rPr>
      </w:pPr>
      <w:proofErr w:type="spellStart"/>
      <w:r w:rsidRPr="00460739">
        <w:rPr>
          <w:rFonts w:ascii="Times New Roman" w:hAnsi="Times New Roman" w:cs="Times New Roman"/>
          <w:sz w:val="24"/>
          <w:szCs w:val="24"/>
        </w:rPr>
        <w:t>Intestatario</w:t>
      </w:r>
      <w:proofErr w:type="spellEnd"/>
      <w:r w:rsidRPr="00460739">
        <w:rPr>
          <w:rFonts w:ascii="Times New Roman" w:hAnsi="Times New Roman" w:cs="Times New Roman"/>
          <w:sz w:val="24"/>
          <w:szCs w:val="24"/>
        </w:rPr>
        <w:t>/</w:t>
      </w:r>
      <w:proofErr w:type="spellStart"/>
      <w:r w:rsidRPr="00460739">
        <w:rPr>
          <w:rFonts w:ascii="Times New Roman" w:hAnsi="Times New Roman" w:cs="Times New Roman"/>
          <w:sz w:val="24"/>
          <w:szCs w:val="24"/>
        </w:rPr>
        <w:t>i</w:t>
      </w:r>
      <w:proofErr w:type="spellEnd"/>
      <w:r w:rsidRPr="00460739">
        <w:rPr>
          <w:rFonts w:ascii="Times New Roman" w:hAnsi="Times New Roman" w:cs="Times New Roman"/>
          <w:sz w:val="24"/>
          <w:szCs w:val="24"/>
        </w:rPr>
        <w:t xml:space="preserve"> ____________________________________________________________________________</w:t>
      </w:r>
    </w:p>
    <w:p w14:paraId="74C9DF3C" w14:textId="77777777" w:rsidR="004F73A1" w:rsidRPr="00460739" w:rsidRDefault="003464D2" w:rsidP="00182820">
      <w:pPr>
        <w:jc w:val="both"/>
        <w:rPr>
          <w:rFonts w:ascii="Times New Roman" w:hAnsi="Times New Roman" w:cs="Times New Roman"/>
          <w:sz w:val="24"/>
          <w:szCs w:val="24"/>
        </w:rPr>
      </w:pPr>
      <w:r w:rsidRPr="00460739">
        <w:rPr>
          <w:rFonts w:ascii="Times New Roman" w:hAnsi="Times New Roman" w:cs="Times New Roman"/>
          <w:sz w:val="24"/>
          <w:szCs w:val="24"/>
        </w:rPr>
        <w:t xml:space="preserve">□ </w:t>
      </w:r>
      <w:proofErr w:type="spellStart"/>
      <w:r w:rsidRPr="00460739">
        <w:rPr>
          <w:rFonts w:ascii="Times New Roman" w:hAnsi="Times New Roman" w:cs="Times New Roman"/>
          <w:sz w:val="24"/>
          <w:szCs w:val="24"/>
        </w:rPr>
        <w:t>Delega</w:t>
      </w:r>
      <w:proofErr w:type="spellEnd"/>
      <w:r w:rsidRPr="00460739">
        <w:rPr>
          <w:rFonts w:ascii="Times New Roman" w:hAnsi="Times New Roman" w:cs="Times New Roman"/>
          <w:sz w:val="24"/>
          <w:szCs w:val="24"/>
        </w:rPr>
        <w:t xml:space="preserve"> </w:t>
      </w:r>
      <w:proofErr w:type="spellStart"/>
      <w:r w:rsidRPr="00460739">
        <w:rPr>
          <w:rFonts w:ascii="Times New Roman" w:hAnsi="Times New Roman" w:cs="Times New Roman"/>
          <w:sz w:val="24"/>
          <w:szCs w:val="24"/>
        </w:rPr>
        <w:t>alla</w:t>
      </w:r>
      <w:proofErr w:type="spellEnd"/>
      <w:r w:rsidRPr="00460739">
        <w:rPr>
          <w:rFonts w:ascii="Times New Roman" w:hAnsi="Times New Roman" w:cs="Times New Roman"/>
          <w:sz w:val="24"/>
          <w:szCs w:val="24"/>
        </w:rPr>
        <w:t xml:space="preserve"> </w:t>
      </w:r>
      <w:proofErr w:type="spellStart"/>
      <w:r w:rsidRPr="00460739">
        <w:rPr>
          <w:rFonts w:ascii="Times New Roman" w:hAnsi="Times New Roman" w:cs="Times New Roman"/>
          <w:sz w:val="24"/>
          <w:szCs w:val="24"/>
        </w:rPr>
        <w:t>riscossione</w:t>
      </w:r>
      <w:proofErr w:type="spellEnd"/>
      <w:r w:rsidRPr="00460739">
        <w:rPr>
          <w:rFonts w:ascii="Times New Roman" w:hAnsi="Times New Roman" w:cs="Times New Roman"/>
          <w:sz w:val="24"/>
          <w:szCs w:val="24"/>
        </w:rPr>
        <w:t xml:space="preserve"> (</w:t>
      </w:r>
      <w:proofErr w:type="spellStart"/>
      <w:r w:rsidRPr="00460739">
        <w:rPr>
          <w:rFonts w:ascii="Times New Roman" w:hAnsi="Times New Roman" w:cs="Times New Roman"/>
          <w:sz w:val="24"/>
          <w:szCs w:val="24"/>
        </w:rPr>
        <w:t>allego</w:t>
      </w:r>
      <w:proofErr w:type="spellEnd"/>
      <w:r w:rsidRPr="00460739">
        <w:rPr>
          <w:rFonts w:ascii="Times New Roman" w:hAnsi="Times New Roman" w:cs="Times New Roman"/>
          <w:sz w:val="24"/>
          <w:szCs w:val="24"/>
        </w:rPr>
        <w:t xml:space="preserve"> </w:t>
      </w:r>
      <w:proofErr w:type="spellStart"/>
      <w:r w:rsidRPr="00460739">
        <w:rPr>
          <w:rFonts w:ascii="Times New Roman" w:hAnsi="Times New Roman" w:cs="Times New Roman"/>
          <w:sz w:val="24"/>
          <w:szCs w:val="24"/>
        </w:rPr>
        <w:t>delega</w:t>
      </w:r>
      <w:proofErr w:type="spellEnd"/>
      <w:r w:rsidRPr="00460739">
        <w:rPr>
          <w:rFonts w:ascii="Times New Roman" w:hAnsi="Times New Roman" w:cs="Times New Roman"/>
          <w:sz w:val="24"/>
          <w:szCs w:val="24"/>
        </w:rPr>
        <w:t xml:space="preserve"> </w:t>
      </w:r>
      <w:proofErr w:type="spellStart"/>
      <w:r w:rsidRPr="00460739">
        <w:rPr>
          <w:rFonts w:ascii="Times New Roman" w:hAnsi="Times New Roman" w:cs="Times New Roman"/>
          <w:sz w:val="24"/>
          <w:szCs w:val="24"/>
        </w:rPr>
        <w:t>sottoscritta</w:t>
      </w:r>
      <w:proofErr w:type="spellEnd"/>
      <w:r w:rsidRPr="00460739">
        <w:rPr>
          <w:rFonts w:ascii="Times New Roman" w:hAnsi="Times New Roman" w:cs="Times New Roman"/>
          <w:sz w:val="24"/>
          <w:szCs w:val="24"/>
        </w:rPr>
        <w:t xml:space="preserve"> e </w:t>
      </w:r>
      <w:proofErr w:type="spellStart"/>
      <w:r w:rsidRPr="00460739">
        <w:rPr>
          <w:rFonts w:ascii="Times New Roman" w:hAnsi="Times New Roman" w:cs="Times New Roman"/>
          <w:sz w:val="24"/>
          <w:szCs w:val="24"/>
        </w:rPr>
        <w:t>documento</w:t>
      </w:r>
      <w:proofErr w:type="spellEnd"/>
      <w:r w:rsidRPr="00460739">
        <w:rPr>
          <w:rFonts w:ascii="Times New Roman" w:hAnsi="Times New Roman" w:cs="Times New Roman"/>
          <w:sz w:val="24"/>
          <w:szCs w:val="24"/>
        </w:rPr>
        <w:t xml:space="preserve"> </w:t>
      </w:r>
      <w:proofErr w:type="spellStart"/>
      <w:r w:rsidRPr="00460739">
        <w:rPr>
          <w:rFonts w:ascii="Times New Roman" w:hAnsi="Times New Roman" w:cs="Times New Roman"/>
          <w:sz w:val="24"/>
          <w:szCs w:val="24"/>
        </w:rPr>
        <w:t>d’identità</w:t>
      </w:r>
      <w:proofErr w:type="spellEnd"/>
      <w:r w:rsidRPr="00460739">
        <w:rPr>
          <w:rFonts w:ascii="Times New Roman" w:hAnsi="Times New Roman" w:cs="Times New Roman"/>
          <w:sz w:val="24"/>
          <w:szCs w:val="24"/>
        </w:rPr>
        <w:t xml:space="preserve"> </w:t>
      </w:r>
      <w:proofErr w:type="gramStart"/>
      <w:r w:rsidRPr="00460739">
        <w:rPr>
          <w:rFonts w:ascii="Times New Roman" w:hAnsi="Times New Roman" w:cs="Times New Roman"/>
          <w:sz w:val="24"/>
          <w:szCs w:val="24"/>
        </w:rPr>
        <w:t>del</w:t>
      </w:r>
      <w:proofErr w:type="gramEnd"/>
      <w:r w:rsidRPr="00460739">
        <w:rPr>
          <w:rFonts w:ascii="Times New Roman" w:hAnsi="Times New Roman" w:cs="Times New Roman"/>
          <w:sz w:val="24"/>
          <w:szCs w:val="24"/>
        </w:rPr>
        <w:t xml:space="preserve"> </w:t>
      </w:r>
      <w:proofErr w:type="spellStart"/>
      <w:r w:rsidRPr="00460739">
        <w:rPr>
          <w:rFonts w:ascii="Times New Roman" w:hAnsi="Times New Roman" w:cs="Times New Roman"/>
          <w:sz w:val="24"/>
          <w:szCs w:val="24"/>
        </w:rPr>
        <w:t>delegato</w:t>
      </w:r>
      <w:proofErr w:type="spellEnd"/>
      <w:r w:rsidRPr="00460739">
        <w:rPr>
          <w:rFonts w:ascii="Times New Roman" w:hAnsi="Times New Roman" w:cs="Times New Roman"/>
          <w:sz w:val="24"/>
          <w:szCs w:val="24"/>
        </w:rPr>
        <w:t>)</w:t>
      </w:r>
    </w:p>
    <w:p w14:paraId="7F85EE30" w14:textId="77777777" w:rsidR="004F73A1" w:rsidRPr="00460739" w:rsidRDefault="003464D2" w:rsidP="00182820">
      <w:pPr>
        <w:jc w:val="both"/>
        <w:rPr>
          <w:rFonts w:ascii="Times New Roman" w:hAnsi="Times New Roman" w:cs="Times New Roman"/>
          <w:sz w:val="24"/>
          <w:szCs w:val="24"/>
        </w:rPr>
      </w:pPr>
      <w:r w:rsidRPr="00460739">
        <w:rPr>
          <w:rFonts w:ascii="Times New Roman" w:hAnsi="Times New Roman" w:cs="Times New Roman"/>
          <w:b/>
          <w:sz w:val="24"/>
          <w:szCs w:val="24"/>
        </w:rPr>
        <w:t>DOCUMENTAZIONE ALLEGATA</w:t>
      </w:r>
    </w:p>
    <w:p w14:paraId="500FAF22" w14:textId="77777777" w:rsidR="004F73A1" w:rsidRPr="00460739" w:rsidRDefault="003464D2" w:rsidP="00182820">
      <w:pPr>
        <w:jc w:val="both"/>
        <w:rPr>
          <w:rFonts w:ascii="Times New Roman" w:hAnsi="Times New Roman" w:cs="Times New Roman"/>
          <w:sz w:val="24"/>
          <w:szCs w:val="24"/>
        </w:rPr>
      </w:pPr>
      <w:r w:rsidRPr="00460739">
        <w:rPr>
          <w:rFonts w:ascii="Times New Roman" w:hAnsi="Times New Roman" w:cs="Times New Roman"/>
          <w:sz w:val="24"/>
          <w:szCs w:val="24"/>
        </w:rPr>
        <w:t xml:space="preserve">□ </w:t>
      </w:r>
      <w:proofErr w:type="spellStart"/>
      <w:r w:rsidRPr="00460739">
        <w:rPr>
          <w:rFonts w:ascii="Times New Roman" w:hAnsi="Times New Roman" w:cs="Times New Roman"/>
          <w:sz w:val="24"/>
          <w:szCs w:val="24"/>
        </w:rPr>
        <w:t>Attestazione</w:t>
      </w:r>
      <w:proofErr w:type="spellEnd"/>
      <w:r w:rsidRPr="00460739">
        <w:rPr>
          <w:rFonts w:ascii="Times New Roman" w:hAnsi="Times New Roman" w:cs="Times New Roman"/>
          <w:sz w:val="24"/>
          <w:szCs w:val="24"/>
        </w:rPr>
        <w:t xml:space="preserve"> ISEE in </w:t>
      </w:r>
      <w:proofErr w:type="spellStart"/>
      <w:r w:rsidRPr="00460739">
        <w:rPr>
          <w:rFonts w:ascii="Times New Roman" w:hAnsi="Times New Roman" w:cs="Times New Roman"/>
          <w:sz w:val="24"/>
          <w:szCs w:val="24"/>
        </w:rPr>
        <w:t>corso</w:t>
      </w:r>
      <w:proofErr w:type="spellEnd"/>
      <w:r w:rsidRPr="00460739">
        <w:rPr>
          <w:rFonts w:ascii="Times New Roman" w:hAnsi="Times New Roman" w:cs="Times New Roman"/>
          <w:sz w:val="24"/>
          <w:szCs w:val="24"/>
        </w:rPr>
        <w:t xml:space="preserve"> di </w:t>
      </w:r>
      <w:proofErr w:type="spellStart"/>
      <w:r w:rsidRPr="00460739">
        <w:rPr>
          <w:rFonts w:ascii="Times New Roman" w:hAnsi="Times New Roman" w:cs="Times New Roman"/>
          <w:sz w:val="24"/>
          <w:szCs w:val="24"/>
        </w:rPr>
        <w:t>validità</w:t>
      </w:r>
      <w:proofErr w:type="spellEnd"/>
      <w:r w:rsidRPr="00460739">
        <w:rPr>
          <w:rFonts w:ascii="Times New Roman" w:hAnsi="Times New Roman" w:cs="Times New Roman"/>
          <w:sz w:val="24"/>
          <w:szCs w:val="24"/>
        </w:rPr>
        <w:t>;</w:t>
      </w:r>
    </w:p>
    <w:p w14:paraId="04BE8365" w14:textId="77777777" w:rsidR="004F73A1" w:rsidRPr="00460739" w:rsidRDefault="003464D2" w:rsidP="00182820">
      <w:pPr>
        <w:jc w:val="both"/>
        <w:rPr>
          <w:rFonts w:ascii="Times New Roman" w:hAnsi="Times New Roman" w:cs="Times New Roman"/>
          <w:sz w:val="24"/>
          <w:szCs w:val="24"/>
        </w:rPr>
      </w:pPr>
      <w:r w:rsidRPr="00460739">
        <w:rPr>
          <w:rFonts w:ascii="Times New Roman" w:hAnsi="Times New Roman" w:cs="Times New Roman"/>
          <w:sz w:val="24"/>
          <w:szCs w:val="24"/>
        </w:rPr>
        <w:t xml:space="preserve">□ </w:t>
      </w:r>
      <w:proofErr w:type="spellStart"/>
      <w:r w:rsidRPr="00460739">
        <w:rPr>
          <w:rFonts w:ascii="Times New Roman" w:hAnsi="Times New Roman" w:cs="Times New Roman"/>
          <w:sz w:val="24"/>
          <w:szCs w:val="24"/>
        </w:rPr>
        <w:t>Copia</w:t>
      </w:r>
      <w:proofErr w:type="spellEnd"/>
      <w:r w:rsidRPr="00460739">
        <w:rPr>
          <w:rFonts w:ascii="Times New Roman" w:hAnsi="Times New Roman" w:cs="Times New Roman"/>
          <w:sz w:val="24"/>
          <w:szCs w:val="24"/>
        </w:rPr>
        <w:t xml:space="preserve"> </w:t>
      </w:r>
      <w:proofErr w:type="spellStart"/>
      <w:r w:rsidRPr="00460739">
        <w:rPr>
          <w:rFonts w:ascii="Times New Roman" w:hAnsi="Times New Roman" w:cs="Times New Roman"/>
          <w:sz w:val="24"/>
          <w:szCs w:val="24"/>
        </w:rPr>
        <w:t>delle</w:t>
      </w:r>
      <w:proofErr w:type="spellEnd"/>
      <w:r w:rsidRPr="00460739">
        <w:rPr>
          <w:rFonts w:ascii="Times New Roman" w:hAnsi="Times New Roman" w:cs="Times New Roman"/>
          <w:sz w:val="24"/>
          <w:szCs w:val="24"/>
        </w:rPr>
        <w:t xml:space="preserve"> </w:t>
      </w:r>
      <w:proofErr w:type="spellStart"/>
      <w:r w:rsidRPr="00460739">
        <w:rPr>
          <w:rFonts w:ascii="Times New Roman" w:hAnsi="Times New Roman" w:cs="Times New Roman"/>
          <w:sz w:val="24"/>
          <w:szCs w:val="24"/>
        </w:rPr>
        <w:t>bollette</w:t>
      </w:r>
      <w:proofErr w:type="spellEnd"/>
      <w:r w:rsidRPr="00460739">
        <w:rPr>
          <w:rFonts w:ascii="Times New Roman" w:hAnsi="Times New Roman" w:cs="Times New Roman"/>
          <w:sz w:val="24"/>
          <w:szCs w:val="24"/>
        </w:rPr>
        <w:t>/</w:t>
      </w:r>
      <w:proofErr w:type="spellStart"/>
      <w:r w:rsidRPr="00460739">
        <w:rPr>
          <w:rFonts w:ascii="Times New Roman" w:hAnsi="Times New Roman" w:cs="Times New Roman"/>
          <w:sz w:val="24"/>
          <w:szCs w:val="24"/>
        </w:rPr>
        <w:t>fatture</w:t>
      </w:r>
      <w:proofErr w:type="spellEnd"/>
      <w:r w:rsidRPr="00460739">
        <w:rPr>
          <w:rFonts w:ascii="Times New Roman" w:hAnsi="Times New Roman" w:cs="Times New Roman"/>
          <w:sz w:val="24"/>
          <w:szCs w:val="24"/>
        </w:rPr>
        <w:t xml:space="preserve"> di gas, </w:t>
      </w:r>
      <w:proofErr w:type="spellStart"/>
      <w:r w:rsidRPr="00460739">
        <w:rPr>
          <w:rFonts w:ascii="Times New Roman" w:hAnsi="Times New Roman" w:cs="Times New Roman"/>
          <w:sz w:val="24"/>
          <w:szCs w:val="24"/>
        </w:rPr>
        <w:t>energia</w:t>
      </w:r>
      <w:proofErr w:type="spellEnd"/>
      <w:r w:rsidRPr="00460739">
        <w:rPr>
          <w:rFonts w:ascii="Times New Roman" w:hAnsi="Times New Roman" w:cs="Times New Roman"/>
          <w:sz w:val="24"/>
          <w:szCs w:val="24"/>
        </w:rPr>
        <w:t xml:space="preserve"> </w:t>
      </w:r>
      <w:proofErr w:type="spellStart"/>
      <w:r w:rsidRPr="00460739">
        <w:rPr>
          <w:rFonts w:ascii="Times New Roman" w:hAnsi="Times New Roman" w:cs="Times New Roman"/>
          <w:sz w:val="24"/>
          <w:szCs w:val="24"/>
        </w:rPr>
        <w:t>elettrica</w:t>
      </w:r>
      <w:proofErr w:type="spellEnd"/>
      <w:r w:rsidRPr="00460739">
        <w:rPr>
          <w:rFonts w:ascii="Times New Roman" w:hAnsi="Times New Roman" w:cs="Times New Roman"/>
          <w:sz w:val="24"/>
          <w:szCs w:val="24"/>
        </w:rPr>
        <w:t xml:space="preserve"> e/o </w:t>
      </w:r>
      <w:proofErr w:type="spellStart"/>
      <w:r w:rsidRPr="00460739">
        <w:rPr>
          <w:rFonts w:ascii="Times New Roman" w:hAnsi="Times New Roman" w:cs="Times New Roman"/>
          <w:sz w:val="24"/>
          <w:szCs w:val="24"/>
        </w:rPr>
        <w:t>acqua</w:t>
      </w:r>
      <w:proofErr w:type="spellEnd"/>
      <w:r w:rsidRPr="00460739">
        <w:rPr>
          <w:rFonts w:ascii="Times New Roman" w:hAnsi="Times New Roman" w:cs="Times New Roman"/>
          <w:sz w:val="24"/>
          <w:szCs w:val="24"/>
        </w:rPr>
        <w:t>;</w:t>
      </w:r>
    </w:p>
    <w:p w14:paraId="1BC37D94" w14:textId="77777777" w:rsidR="004F73A1" w:rsidRPr="00460739" w:rsidRDefault="003464D2" w:rsidP="00182820">
      <w:pPr>
        <w:jc w:val="both"/>
        <w:rPr>
          <w:rFonts w:ascii="Times New Roman" w:hAnsi="Times New Roman" w:cs="Times New Roman"/>
          <w:sz w:val="24"/>
          <w:szCs w:val="24"/>
        </w:rPr>
      </w:pPr>
      <w:r w:rsidRPr="00460739">
        <w:rPr>
          <w:rFonts w:ascii="Times New Roman" w:hAnsi="Times New Roman" w:cs="Times New Roman"/>
          <w:sz w:val="24"/>
          <w:szCs w:val="24"/>
        </w:rPr>
        <w:t xml:space="preserve">□ </w:t>
      </w:r>
      <w:proofErr w:type="spellStart"/>
      <w:r w:rsidRPr="00460739">
        <w:rPr>
          <w:rFonts w:ascii="Times New Roman" w:hAnsi="Times New Roman" w:cs="Times New Roman"/>
          <w:sz w:val="24"/>
          <w:szCs w:val="24"/>
        </w:rPr>
        <w:t>Prova</w:t>
      </w:r>
      <w:proofErr w:type="spellEnd"/>
      <w:r w:rsidRPr="00460739">
        <w:rPr>
          <w:rFonts w:ascii="Times New Roman" w:hAnsi="Times New Roman" w:cs="Times New Roman"/>
          <w:sz w:val="24"/>
          <w:szCs w:val="24"/>
        </w:rPr>
        <w:t xml:space="preserve"> </w:t>
      </w:r>
      <w:proofErr w:type="spellStart"/>
      <w:r w:rsidRPr="00460739">
        <w:rPr>
          <w:rFonts w:ascii="Times New Roman" w:hAnsi="Times New Roman" w:cs="Times New Roman"/>
          <w:sz w:val="24"/>
          <w:szCs w:val="24"/>
        </w:rPr>
        <w:t>dell’effettivo</w:t>
      </w:r>
      <w:proofErr w:type="spellEnd"/>
      <w:r w:rsidRPr="00460739">
        <w:rPr>
          <w:rFonts w:ascii="Times New Roman" w:hAnsi="Times New Roman" w:cs="Times New Roman"/>
          <w:sz w:val="24"/>
          <w:szCs w:val="24"/>
        </w:rPr>
        <w:t xml:space="preserve"> </w:t>
      </w:r>
      <w:proofErr w:type="spellStart"/>
      <w:r w:rsidRPr="00460739">
        <w:rPr>
          <w:rFonts w:ascii="Times New Roman" w:hAnsi="Times New Roman" w:cs="Times New Roman"/>
          <w:sz w:val="24"/>
          <w:szCs w:val="24"/>
        </w:rPr>
        <w:t>pagamento</w:t>
      </w:r>
      <w:proofErr w:type="spellEnd"/>
      <w:r w:rsidRPr="00460739">
        <w:rPr>
          <w:rFonts w:ascii="Times New Roman" w:hAnsi="Times New Roman" w:cs="Times New Roman"/>
          <w:sz w:val="24"/>
          <w:szCs w:val="24"/>
        </w:rPr>
        <w:t xml:space="preserve"> </w:t>
      </w:r>
      <w:proofErr w:type="spellStart"/>
      <w:r w:rsidRPr="00460739">
        <w:rPr>
          <w:rFonts w:ascii="Times New Roman" w:hAnsi="Times New Roman" w:cs="Times New Roman"/>
          <w:sz w:val="24"/>
          <w:szCs w:val="24"/>
        </w:rPr>
        <w:t>delle</w:t>
      </w:r>
      <w:proofErr w:type="spellEnd"/>
      <w:r w:rsidRPr="00460739">
        <w:rPr>
          <w:rFonts w:ascii="Times New Roman" w:hAnsi="Times New Roman" w:cs="Times New Roman"/>
          <w:sz w:val="24"/>
          <w:szCs w:val="24"/>
        </w:rPr>
        <w:t xml:space="preserve"> </w:t>
      </w:r>
      <w:proofErr w:type="spellStart"/>
      <w:r w:rsidRPr="00460739">
        <w:rPr>
          <w:rFonts w:ascii="Times New Roman" w:hAnsi="Times New Roman" w:cs="Times New Roman"/>
          <w:sz w:val="24"/>
          <w:szCs w:val="24"/>
        </w:rPr>
        <w:t>bollette</w:t>
      </w:r>
      <w:proofErr w:type="spellEnd"/>
      <w:r w:rsidRPr="00460739">
        <w:rPr>
          <w:rFonts w:ascii="Times New Roman" w:hAnsi="Times New Roman" w:cs="Times New Roman"/>
          <w:sz w:val="24"/>
          <w:szCs w:val="24"/>
        </w:rPr>
        <w:t>/</w:t>
      </w:r>
      <w:proofErr w:type="spellStart"/>
      <w:r w:rsidRPr="00460739">
        <w:rPr>
          <w:rFonts w:ascii="Times New Roman" w:hAnsi="Times New Roman" w:cs="Times New Roman"/>
          <w:sz w:val="24"/>
          <w:szCs w:val="24"/>
        </w:rPr>
        <w:t>fatture</w:t>
      </w:r>
      <w:proofErr w:type="spellEnd"/>
      <w:r w:rsidRPr="00460739">
        <w:rPr>
          <w:rFonts w:ascii="Times New Roman" w:hAnsi="Times New Roman" w:cs="Times New Roman"/>
          <w:sz w:val="24"/>
          <w:szCs w:val="24"/>
        </w:rPr>
        <w:t xml:space="preserve"> (</w:t>
      </w:r>
      <w:proofErr w:type="spellStart"/>
      <w:r w:rsidRPr="00460739">
        <w:rPr>
          <w:rFonts w:ascii="Times New Roman" w:hAnsi="Times New Roman" w:cs="Times New Roman"/>
          <w:sz w:val="24"/>
          <w:szCs w:val="24"/>
        </w:rPr>
        <w:t>ricevute</w:t>
      </w:r>
      <w:proofErr w:type="spellEnd"/>
      <w:r w:rsidRPr="00460739">
        <w:rPr>
          <w:rFonts w:ascii="Times New Roman" w:hAnsi="Times New Roman" w:cs="Times New Roman"/>
          <w:sz w:val="24"/>
          <w:szCs w:val="24"/>
        </w:rPr>
        <w:t xml:space="preserve">, </w:t>
      </w:r>
      <w:proofErr w:type="spellStart"/>
      <w:r w:rsidRPr="00460739">
        <w:rPr>
          <w:rFonts w:ascii="Times New Roman" w:hAnsi="Times New Roman" w:cs="Times New Roman"/>
          <w:sz w:val="24"/>
          <w:szCs w:val="24"/>
        </w:rPr>
        <w:t>quietanze</w:t>
      </w:r>
      <w:proofErr w:type="spellEnd"/>
      <w:r w:rsidRPr="00460739">
        <w:rPr>
          <w:rFonts w:ascii="Times New Roman" w:hAnsi="Times New Roman" w:cs="Times New Roman"/>
          <w:sz w:val="24"/>
          <w:szCs w:val="24"/>
        </w:rPr>
        <w:t xml:space="preserve">, </w:t>
      </w:r>
      <w:proofErr w:type="spellStart"/>
      <w:r w:rsidRPr="00460739">
        <w:rPr>
          <w:rFonts w:ascii="Times New Roman" w:hAnsi="Times New Roman" w:cs="Times New Roman"/>
          <w:sz w:val="24"/>
          <w:szCs w:val="24"/>
        </w:rPr>
        <w:t>evidenze</w:t>
      </w:r>
      <w:proofErr w:type="spellEnd"/>
      <w:r w:rsidRPr="00460739">
        <w:rPr>
          <w:rFonts w:ascii="Times New Roman" w:hAnsi="Times New Roman" w:cs="Times New Roman"/>
          <w:sz w:val="24"/>
          <w:szCs w:val="24"/>
        </w:rPr>
        <w:t xml:space="preserve"> di </w:t>
      </w:r>
      <w:proofErr w:type="spellStart"/>
      <w:r w:rsidRPr="00460739">
        <w:rPr>
          <w:rFonts w:ascii="Times New Roman" w:hAnsi="Times New Roman" w:cs="Times New Roman"/>
          <w:sz w:val="24"/>
          <w:szCs w:val="24"/>
        </w:rPr>
        <w:t>addebito</w:t>
      </w:r>
      <w:proofErr w:type="spellEnd"/>
      <w:r w:rsidRPr="00460739">
        <w:rPr>
          <w:rFonts w:ascii="Times New Roman" w:hAnsi="Times New Roman" w:cs="Times New Roman"/>
          <w:sz w:val="24"/>
          <w:szCs w:val="24"/>
        </w:rPr>
        <w:t xml:space="preserve"> o </w:t>
      </w:r>
      <w:proofErr w:type="spellStart"/>
      <w:r w:rsidRPr="00460739">
        <w:rPr>
          <w:rFonts w:ascii="Times New Roman" w:hAnsi="Times New Roman" w:cs="Times New Roman"/>
          <w:sz w:val="24"/>
          <w:szCs w:val="24"/>
        </w:rPr>
        <w:t>altri</w:t>
      </w:r>
      <w:proofErr w:type="spellEnd"/>
      <w:r w:rsidRPr="00460739">
        <w:rPr>
          <w:rFonts w:ascii="Times New Roman" w:hAnsi="Times New Roman" w:cs="Times New Roman"/>
          <w:sz w:val="24"/>
          <w:szCs w:val="24"/>
        </w:rPr>
        <w:t xml:space="preserve"> </w:t>
      </w:r>
      <w:proofErr w:type="spellStart"/>
      <w:r w:rsidRPr="00460739">
        <w:rPr>
          <w:rFonts w:ascii="Times New Roman" w:hAnsi="Times New Roman" w:cs="Times New Roman"/>
          <w:sz w:val="24"/>
          <w:szCs w:val="24"/>
        </w:rPr>
        <w:t>documenti</w:t>
      </w:r>
      <w:proofErr w:type="spellEnd"/>
      <w:r w:rsidRPr="00460739">
        <w:rPr>
          <w:rFonts w:ascii="Times New Roman" w:hAnsi="Times New Roman" w:cs="Times New Roman"/>
          <w:sz w:val="24"/>
          <w:szCs w:val="24"/>
        </w:rPr>
        <w:t xml:space="preserve"> </w:t>
      </w:r>
      <w:proofErr w:type="spellStart"/>
      <w:r w:rsidRPr="00460739">
        <w:rPr>
          <w:rFonts w:ascii="Times New Roman" w:hAnsi="Times New Roman" w:cs="Times New Roman"/>
          <w:sz w:val="24"/>
          <w:szCs w:val="24"/>
        </w:rPr>
        <w:t>idonei</w:t>
      </w:r>
      <w:proofErr w:type="spellEnd"/>
      <w:r w:rsidRPr="00460739">
        <w:rPr>
          <w:rFonts w:ascii="Times New Roman" w:hAnsi="Times New Roman" w:cs="Times New Roman"/>
          <w:sz w:val="24"/>
          <w:szCs w:val="24"/>
        </w:rPr>
        <w:t>);</w:t>
      </w:r>
    </w:p>
    <w:p w14:paraId="35B55FF9" w14:textId="77777777" w:rsidR="004F73A1" w:rsidRPr="00460739" w:rsidRDefault="003464D2" w:rsidP="00182820">
      <w:pPr>
        <w:jc w:val="both"/>
        <w:rPr>
          <w:rFonts w:ascii="Times New Roman" w:hAnsi="Times New Roman" w:cs="Times New Roman"/>
          <w:sz w:val="24"/>
          <w:szCs w:val="24"/>
        </w:rPr>
      </w:pPr>
      <w:r w:rsidRPr="00460739">
        <w:rPr>
          <w:rFonts w:ascii="Times New Roman" w:hAnsi="Times New Roman" w:cs="Times New Roman"/>
          <w:sz w:val="24"/>
          <w:szCs w:val="24"/>
        </w:rPr>
        <w:t xml:space="preserve">□ </w:t>
      </w:r>
      <w:proofErr w:type="spellStart"/>
      <w:r w:rsidRPr="00460739">
        <w:rPr>
          <w:rFonts w:ascii="Times New Roman" w:hAnsi="Times New Roman" w:cs="Times New Roman"/>
          <w:sz w:val="24"/>
          <w:szCs w:val="24"/>
        </w:rPr>
        <w:t>Copia</w:t>
      </w:r>
      <w:proofErr w:type="spellEnd"/>
      <w:r w:rsidRPr="00460739">
        <w:rPr>
          <w:rFonts w:ascii="Times New Roman" w:hAnsi="Times New Roman" w:cs="Times New Roman"/>
          <w:sz w:val="24"/>
          <w:szCs w:val="24"/>
        </w:rPr>
        <w:t xml:space="preserve"> del </w:t>
      </w:r>
      <w:proofErr w:type="spellStart"/>
      <w:r w:rsidRPr="00460739">
        <w:rPr>
          <w:rFonts w:ascii="Times New Roman" w:hAnsi="Times New Roman" w:cs="Times New Roman"/>
          <w:sz w:val="24"/>
          <w:szCs w:val="24"/>
        </w:rPr>
        <w:t>documento</w:t>
      </w:r>
      <w:proofErr w:type="spellEnd"/>
      <w:r w:rsidRPr="00460739">
        <w:rPr>
          <w:rFonts w:ascii="Times New Roman" w:hAnsi="Times New Roman" w:cs="Times New Roman"/>
          <w:sz w:val="24"/>
          <w:szCs w:val="24"/>
        </w:rPr>
        <w:t xml:space="preserve"> di </w:t>
      </w:r>
      <w:proofErr w:type="spellStart"/>
      <w:r w:rsidRPr="00460739">
        <w:rPr>
          <w:rFonts w:ascii="Times New Roman" w:hAnsi="Times New Roman" w:cs="Times New Roman"/>
          <w:sz w:val="24"/>
          <w:szCs w:val="24"/>
        </w:rPr>
        <w:t>identità</w:t>
      </w:r>
      <w:proofErr w:type="spellEnd"/>
      <w:r w:rsidRPr="00460739">
        <w:rPr>
          <w:rFonts w:ascii="Times New Roman" w:hAnsi="Times New Roman" w:cs="Times New Roman"/>
          <w:sz w:val="24"/>
          <w:szCs w:val="24"/>
        </w:rPr>
        <w:t xml:space="preserve"> </w:t>
      </w:r>
      <w:proofErr w:type="gramStart"/>
      <w:r w:rsidRPr="00460739">
        <w:rPr>
          <w:rFonts w:ascii="Times New Roman" w:hAnsi="Times New Roman" w:cs="Times New Roman"/>
          <w:sz w:val="24"/>
          <w:szCs w:val="24"/>
        </w:rPr>
        <w:t>del</w:t>
      </w:r>
      <w:proofErr w:type="gramEnd"/>
      <w:r w:rsidRPr="00460739">
        <w:rPr>
          <w:rFonts w:ascii="Times New Roman" w:hAnsi="Times New Roman" w:cs="Times New Roman"/>
          <w:sz w:val="24"/>
          <w:szCs w:val="24"/>
        </w:rPr>
        <w:t xml:space="preserve"> </w:t>
      </w:r>
      <w:proofErr w:type="spellStart"/>
      <w:r w:rsidRPr="00460739">
        <w:rPr>
          <w:rFonts w:ascii="Times New Roman" w:hAnsi="Times New Roman" w:cs="Times New Roman"/>
          <w:sz w:val="24"/>
          <w:szCs w:val="24"/>
        </w:rPr>
        <w:t>richiedente</w:t>
      </w:r>
      <w:proofErr w:type="spellEnd"/>
      <w:r w:rsidRPr="00460739">
        <w:rPr>
          <w:rFonts w:ascii="Times New Roman" w:hAnsi="Times New Roman" w:cs="Times New Roman"/>
          <w:sz w:val="24"/>
          <w:szCs w:val="24"/>
        </w:rPr>
        <w:t xml:space="preserve">, </w:t>
      </w:r>
      <w:proofErr w:type="spellStart"/>
      <w:r w:rsidRPr="00460739">
        <w:rPr>
          <w:rFonts w:ascii="Times New Roman" w:hAnsi="Times New Roman" w:cs="Times New Roman"/>
          <w:sz w:val="24"/>
          <w:szCs w:val="24"/>
        </w:rPr>
        <w:t>ove</w:t>
      </w:r>
      <w:proofErr w:type="spellEnd"/>
      <w:r w:rsidRPr="00460739">
        <w:rPr>
          <w:rFonts w:ascii="Times New Roman" w:hAnsi="Times New Roman" w:cs="Times New Roman"/>
          <w:sz w:val="24"/>
          <w:szCs w:val="24"/>
        </w:rPr>
        <w:t xml:space="preserve"> </w:t>
      </w:r>
      <w:proofErr w:type="spellStart"/>
      <w:r w:rsidRPr="00460739">
        <w:rPr>
          <w:rFonts w:ascii="Times New Roman" w:hAnsi="Times New Roman" w:cs="Times New Roman"/>
          <w:sz w:val="24"/>
          <w:szCs w:val="24"/>
        </w:rPr>
        <w:t>necessaria</w:t>
      </w:r>
      <w:proofErr w:type="spellEnd"/>
      <w:r w:rsidRPr="00460739">
        <w:rPr>
          <w:rFonts w:ascii="Times New Roman" w:hAnsi="Times New Roman" w:cs="Times New Roman"/>
          <w:sz w:val="24"/>
          <w:szCs w:val="24"/>
        </w:rPr>
        <w:t>;</w:t>
      </w:r>
    </w:p>
    <w:p w14:paraId="0A2F98B2" w14:textId="77777777" w:rsidR="004F73A1" w:rsidRPr="00460739" w:rsidRDefault="003464D2" w:rsidP="00182820">
      <w:pPr>
        <w:jc w:val="both"/>
        <w:rPr>
          <w:rFonts w:ascii="Times New Roman" w:hAnsi="Times New Roman" w:cs="Times New Roman"/>
          <w:sz w:val="24"/>
          <w:szCs w:val="24"/>
        </w:rPr>
      </w:pPr>
      <w:r w:rsidRPr="00460739">
        <w:rPr>
          <w:rFonts w:ascii="Times New Roman" w:hAnsi="Times New Roman" w:cs="Times New Roman"/>
          <w:sz w:val="24"/>
          <w:szCs w:val="24"/>
        </w:rPr>
        <w:t xml:space="preserve">□ </w:t>
      </w:r>
      <w:proofErr w:type="gramStart"/>
      <w:r w:rsidRPr="00460739">
        <w:rPr>
          <w:rFonts w:ascii="Times New Roman" w:hAnsi="Times New Roman" w:cs="Times New Roman"/>
          <w:sz w:val="24"/>
          <w:szCs w:val="24"/>
        </w:rPr>
        <w:t>Per</w:t>
      </w:r>
      <w:proofErr w:type="gramEnd"/>
      <w:r w:rsidRPr="00460739">
        <w:rPr>
          <w:rFonts w:ascii="Times New Roman" w:hAnsi="Times New Roman" w:cs="Times New Roman"/>
          <w:sz w:val="24"/>
          <w:szCs w:val="24"/>
        </w:rPr>
        <w:t xml:space="preserve"> </w:t>
      </w:r>
      <w:proofErr w:type="spellStart"/>
      <w:r w:rsidRPr="00460739">
        <w:rPr>
          <w:rFonts w:ascii="Times New Roman" w:hAnsi="Times New Roman" w:cs="Times New Roman"/>
          <w:sz w:val="24"/>
          <w:szCs w:val="24"/>
        </w:rPr>
        <w:t>cittadini</w:t>
      </w:r>
      <w:proofErr w:type="spellEnd"/>
      <w:r w:rsidRPr="00460739">
        <w:rPr>
          <w:rFonts w:ascii="Times New Roman" w:hAnsi="Times New Roman" w:cs="Times New Roman"/>
          <w:sz w:val="24"/>
          <w:szCs w:val="24"/>
        </w:rPr>
        <w:t xml:space="preserve"> di </w:t>
      </w:r>
      <w:proofErr w:type="spellStart"/>
      <w:r w:rsidRPr="00460739">
        <w:rPr>
          <w:rFonts w:ascii="Times New Roman" w:hAnsi="Times New Roman" w:cs="Times New Roman"/>
          <w:sz w:val="24"/>
          <w:szCs w:val="24"/>
        </w:rPr>
        <w:t>Paesi</w:t>
      </w:r>
      <w:proofErr w:type="spellEnd"/>
      <w:r w:rsidRPr="00460739">
        <w:rPr>
          <w:rFonts w:ascii="Times New Roman" w:hAnsi="Times New Roman" w:cs="Times New Roman"/>
          <w:sz w:val="24"/>
          <w:szCs w:val="24"/>
        </w:rPr>
        <w:t xml:space="preserve"> extra UE: </w:t>
      </w:r>
      <w:proofErr w:type="spellStart"/>
      <w:r w:rsidRPr="00460739">
        <w:rPr>
          <w:rFonts w:ascii="Times New Roman" w:hAnsi="Times New Roman" w:cs="Times New Roman"/>
          <w:sz w:val="24"/>
          <w:szCs w:val="24"/>
        </w:rPr>
        <w:t>titolo</w:t>
      </w:r>
      <w:proofErr w:type="spellEnd"/>
      <w:r w:rsidRPr="00460739">
        <w:rPr>
          <w:rFonts w:ascii="Times New Roman" w:hAnsi="Times New Roman" w:cs="Times New Roman"/>
          <w:sz w:val="24"/>
          <w:szCs w:val="24"/>
        </w:rPr>
        <w:t xml:space="preserve"> di </w:t>
      </w:r>
      <w:proofErr w:type="spellStart"/>
      <w:r w:rsidRPr="00460739">
        <w:rPr>
          <w:rFonts w:ascii="Times New Roman" w:hAnsi="Times New Roman" w:cs="Times New Roman"/>
          <w:sz w:val="24"/>
          <w:szCs w:val="24"/>
        </w:rPr>
        <w:t>soggiorno</w:t>
      </w:r>
      <w:proofErr w:type="spellEnd"/>
      <w:r w:rsidRPr="00460739">
        <w:rPr>
          <w:rFonts w:ascii="Times New Roman" w:hAnsi="Times New Roman" w:cs="Times New Roman"/>
          <w:sz w:val="24"/>
          <w:szCs w:val="24"/>
        </w:rPr>
        <w:t xml:space="preserve"> </w:t>
      </w:r>
      <w:proofErr w:type="spellStart"/>
      <w:r w:rsidRPr="00460739">
        <w:rPr>
          <w:rFonts w:ascii="Times New Roman" w:hAnsi="Times New Roman" w:cs="Times New Roman"/>
          <w:sz w:val="24"/>
          <w:szCs w:val="24"/>
        </w:rPr>
        <w:t>valido</w:t>
      </w:r>
      <w:proofErr w:type="spellEnd"/>
      <w:r w:rsidRPr="00460739">
        <w:rPr>
          <w:rFonts w:ascii="Times New Roman" w:hAnsi="Times New Roman" w:cs="Times New Roman"/>
          <w:sz w:val="24"/>
          <w:szCs w:val="24"/>
        </w:rPr>
        <w:t xml:space="preserve"> o </w:t>
      </w:r>
      <w:proofErr w:type="spellStart"/>
      <w:r w:rsidRPr="00460739">
        <w:rPr>
          <w:rFonts w:ascii="Times New Roman" w:hAnsi="Times New Roman" w:cs="Times New Roman"/>
          <w:sz w:val="24"/>
          <w:szCs w:val="24"/>
        </w:rPr>
        <w:t>ricevuta</w:t>
      </w:r>
      <w:proofErr w:type="spellEnd"/>
      <w:r w:rsidRPr="00460739">
        <w:rPr>
          <w:rFonts w:ascii="Times New Roman" w:hAnsi="Times New Roman" w:cs="Times New Roman"/>
          <w:sz w:val="24"/>
          <w:szCs w:val="24"/>
        </w:rPr>
        <w:t xml:space="preserve"> </w:t>
      </w:r>
      <w:proofErr w:type="spellStart"/>
      <w:r w:rsidRPr="00460739">
        <w:rPr>
          <w:rFonts w:ascii="Times New Roman" w:hAnsi="Times New Roman" w:cs="Times New Roman"/>
          <w:sz w:val="24"/>
          <w:szCs w:val="24"/>
        </w:rPr>
        <w:t>della</w:t>
      </w:r>
      <w:proofErr w:type="spellEnd"/>
      <w:r w:rsidRPr="00460739">
        <w:rPr>
          <w:rFonts w:ascii="Times New Roman" w:hAnsi="Times New Roman" w:cs="Times New Roman"/>
          <w:sz w:val="24"/>
          <w:szCs w:val="24"/>
        </w:rPr>
        <w:t xml:space="preserve"> </w:t>
      </w:r>
      <w:proofErr w:type="spellStart"/>
      <w:r w:rsidRPr="00460739">
        <w:rPr>
          <w:rFonts w:ascii="Times New Roman" w:hAnsi="Times New Roman" w:cs="Times New Roman"/>
          <w:sz w:val="24"/>
          <w:szCs w:val="24"/>
        </w:rPr>
        <w:t>richiesta</w:t>
      </w:r>
      <w:proofErr w:type="spellEnd"/>
      <w:r w:rsidRPr="00460739">
        <w:rPr>
          <w:rFonts w:ascii="Times New Roman" w:hAnsi="Times New Roman" w:cs="Times New Roman"/>
          <w:sz w:val="24"/>
          <w:szCs w:val="24"/>
        </w:rPr>
        <w:t xml:space="preserve"> di </w:t>
      </w:r>
      <w:proofErr w:type="spellStart"/>
      <w:r w:rsidRPr="00460739">
        <w:rPr>
          <w:rFonts w:ascii="Times New Roman" w:hAnsi="Times New Roman" w:cs="Times New Roman"/>
          <w:sz w:val="24"/>
          <w:szCs w:val="24"/>
        </w:rPr>
        <w:t>rinnovo</w:t>
      </w:r>
      <w:proofErr w:type="spellEnd"/>
      <w:r w:rsidRPr="00460739">
        <w:rPr>
          <w:rFonts w:ascii="Times New Roman" w:hAnsi="Times New Roman" w:cs="Times New Roman"/>
          <w:sz w:val="24"/>
          <w:szCs w:val="24"/>
        </w:rPr>
        <w:t xml:space="preserve">, </w:t>
      </w:r>
      <w:proofErr w:type="spellStart"/>
      <w:r w:rsidRPr="00460739">
        <w:rPr>
          <w:rFonts w:ascii="Times New Roman" w:hAnsi="Times New Roman" w:cs="Times New Roman"/>
          <w:sz w:val="24"/>
          <w:szCs w:val="24"/>
        </w:rPr>
        <w:t>ove</w:t>
      </w:r>
      <w:proofErr w:type="spellEnd"/>
      <w:r w:rsidRPr="00460739">
        <w:rPr>
          <w:rFonts w:ascii="Times New Roman" w:hAnsi="Times New Roman" w:cs="Times New Roman"/>
          <w:sz w:val="24"/>
          <w:szCs w:val="24"/>
        </w:rPr>
        <w:t xml:space="preserve"> </w:t>
      </w:r>
      <w:proofErr w:type="spellStart"/>
      <w:r w:rsidRPr="00460739">
        <w:rPr>
          <w:rFonts w:ascii="Times New Roman" w:hAnsi="Times New Roman" w:cs="Times New Roman"/>
          <w:sz w:val="24"/>
          <w:szCs w:val="24"/>
        </w:rPr>
        <w:t>dovuta</w:t>
      </w:r>
      <w:proofErr w:type="spellEnd"/>
      <w:r w:rsidRPr="00460739">
        <w:rPr>
          <w:rFonts w:ascii="Times New Roman" w:hAnsi="Times New Roman" w:cs="Times New Roman"/>
          <w:sz w:val="24"/>
          <w:szCs w:val="24"/>
        </w:rPr>
        <w:t>;</w:t>
      </w:r>
    </w:p>
    <w:p w14:paraId="5F0191D8" w14:textId="77777777" w:rsidR="004F73A1" w:rsidRPr="00460739" w:rsidRDefault="003464D2" w:rsidP="00182820">
      <w:pPr>
        <w:jc w:val="both"/>
        <w:rPr>
          <w:rFonts w:ascii="Times New Roman" w:hAnsi="Times New Roman" w:cs="Times New Roman"/>
          <w:sz w:val="24"/>
          <w:szCs w:val="24"/>
        </w:rPr>
      </w:pPr>
      <w:r w:rsidRPr="00460739">
        <w:rPr>
          <w:rFonts w:ascii="Times New Roman" w:hAnsi="Times New Roman" w:cs="Times New Roman"/>
          <w:sz w:val="24"/>
          <w:szCs w:val="24"/>
        </w:rPr>
        <w:t xml:space="preserve">□ </w:t>
      </w:r>
      <w:proofErr w:type="spellStart"/>
      <w:r w:rsidRPr="00460739">
        <w:rPr>
          <w:rFonts w:ascii="Times New Roman" w:hAnsi="Times New Roman" w:cs="Times New Roman"/>
          <w:sz w:val="24"/>
          <w:szCs w:val="24"/>
        </w:rPr>
        <w:t>Eventuale</w:t>
      </w:r>
      <w:proofErr w:type="spellEnd"/>
      <w:r w:rsidRPr="00460739">
        <w:rPr>
          <w:rFonts w:ascii="Times New Roman" w:hAnsi="Times New Roman" w:cs="Times New Roman"/>
          <w:sz w:val="24"/>
          <w:szCs w:val="24"/>
        </w:rPr>
        <w:t xml:space="preserve"> </w:t>
      </w:r>
      <w:proofErr w:type="spellStart"/>
      <w:r w:rsidRPr="00460739">
        <w:rPr>
          <w:rFonts w:ascii="Times New Roman" w:hAnsi="Times New Roman" w:cs="Times New Roman"/>
          <w:sz w:val="24"/>
          <w:szCs w:val="24"/>
        </w:rPr>
        <w:t>documentazione</w:t>
      </w:r>
      <w:proofErr w:type="spellEnd"/>
      <w:r w:rsidRPr="00460739">
        <w:rPr>
          <w:rFonts w:ascii="Times New Roman" w:hAnsi="Times New Roman" w:cs="Times New Roman"/>
          <w:sz w:val="24"/>
          <w:szCs w:val="24"/>
        </w:rPr>
        <w:t xml:space="preserve"> di </w:t>
      </w:r>
      <w:proofErr w:type="spellStart"/>
      <w:r w:rsidRPr="00460739">
        <w:rPr>
          <w:rFonts w:ascii="Times New Roman" w:hAnsi="Times New Roman" w:cs="Times New Roman"/>
          <w:sz w:val="24"/>
          <w:szCs w:val="24"/>
        </w:rPr>
        <w:t>voltura</w:t>
      </w:r>
      <w:proofErr w:type="spellEnd"/>
      <w:r w:rsidRPr="00460739">
        <w:rPr>
          <w:rFonts w:ascii="Times New Roman" w:hAnsi="Times New Roman" w:cs="Times New Roman"/>
          <w:sz w:val="24"/>
          <w:szCs w:val="24"/>
        </w:rPr>
        <w:t xml:space="preserve"> </w:t>
      </w:r>
      <w:proofErr w:type="spellStart"/>
      <w:r w:rsidRPr="00460739">
        <w:rPr>
          <w:rFonts w:ascii="Times New Roman" w:hAnsi="Times New Roman" w:cs="Times New Roman"/>
          <w:sz w:val="24"/>
          <w:szCs w:val="24"/>
        </w:rPr>
        <w:t>delle</w:t>
      </w:r>
      <w:proofErr w:type="spellEnd"/>
      <w:r w:rsidRPr="00460739">
        <w:rPr>
          <w:rFonts w:ascii="Times New Roman" w:hAnsi="Times New Roman" w:cs="Times New Roman"/>
          <w:sz w:val="24"/>
          <w:szCs w:val="24"/>
        </w:rPr>
        <w:t xml:space="preserve"> </w:t>
      </w:r>
      <w:proofErr w:type="spellStart"/>
      <w:r w:rsidRPr="00460739">
        <w:rPr>
          <w:rFonts w:ascii="Times New Roman" w:hAnsi="Times New Roman" w:cs="Times New Roman"/>
          <w:sz w:val="24"/>
          <w:szCs w:val="24"/>
        </w:rPr>
        <w:t>utenze</w:t>
      </w:r>
      <w:proofErr w:type="spellEnd"/>
      <w:r w:rsidRPr="00460739">
        <w:rPr>
          <w:rFonts w:ascii="Times New Roman" w:hAnsi="Times New Roman" w:cs="Times New Roman"/>
          <w:sz w:val="24"/>
          <w:szCs w:val="24"/>
        </w:rPr>
        <w:t>;</w:t>
      </w:r>
    </w:p>
    <w:p w14:paraId="5A44F99D" w14:textId="77777777" w:rsidR="004F73A1" w:rsidRPr="00460739" w:rsidRDefault="003464D2" w:rsidP="00182820">
      <w:pPr>
        <w:jc w:val="both"/>
        <w:rPr>
          <w:rFonts w:ascii="Times New Roman" w:hAnsi="Times New Roman" w:cs="Times New Roman"/>
          <w:sz w:val="24"/>
          <w:szCs w:val="24"/>
        </w:rPr>
      </w:pPr>
      <w:r w:rsidRPr="00460739">
        <w:rPr>
          <w:rFonts w:ascii="Times New Roman" w:hAnsi="Times New Roman" w:cs="Times New Roman"/>
          <w:sz w:val="24"/>
          <w:szCs w:val="24"/>
        </w:rPr>
        <w:t xml:space="preserve">□ </w:t>
      </w:r>
      <w:proofErr w:type="spellStart"/>
      <w:r w:rsidRPr="00460739">
        <w:rPr>
          <w:rFonts w:ascii="Times New Roman" w:hAnsi="Times New Roman" w:cs="Times New Roman"/>
          <w:sz w:val="24"/>
          <w:szCs w:val="24"/>
        </w:rPr>
        <w:t>Eventuale</w:t>
      </w:r>
      <w:proofErr w:type="spellEnd"/>
      <w:r w:rsidRPr="00460739">
        <w:rPr>
          <w:rFonts w:ascii="Times New Roman" w:hAnsi="Times New Roman" w:cs="Times New Roman"/>
          <w:sz w:val="24"/>
          <w:szCs w:val="24"/>
        </w:rPr>
        <w:t xml:space="preserve"> </w:t>
      </w:r>
      <w:proofErr w:type="spellStart"/>
      <w:r w:rsidRPr="00460739">
        <w:rPr>
          <w:rFonts w:ascii="Times New Roman" w:hAnsi="Times New Roman" w:cs="Times New Roman"/>
          <w:sz w:val="24"/>
          <w:szCs w:val="24"/>
        </w:rPr>
        <w:t>delega</w:t>
      </w:r>
      <w:proofErr w:type="spellEnd"/>
      <w:r w:rsidRPr="00460739">
        <w:rPr>
          <w:rFonts w:ascii="Times New Roman" w:hAnsi="Times New Roman" w:cs="Times New Roman"/>
          <w:sz w:val="24"/>
          <w:szCs w:val="24"/>
        </w:rPr>
        <w:t xml:space="preserve"> </w:t>
      </w:r>
      <w:proofErr w:type="spellStart"/>
      <w:r w:rsidRPr="00460739">
        <w:rPr>
          <w:rFonts w:ascii="Times New Roman" w:hAnsi="Times New Roman" w:cs="Times New Roman"/>
          <w:sz w:val="24"/>
          <w:szCs w:val="24"/>
        </w:rPr>
        <w:t>alla</w:t>
      </w:r>
      <w:proofErr w:type="spellEnd"/>
      <w:r w:rsidRPr="00460739">
        <w:rPr>
          <w:rFonts w:ascii="Times New Roman" w:hAnsi="Times New Roman" w:cs="Times New Roman"/>
          <w:sz w:val="24"/>
          <w:szCs w:val="24"/>
        </w:rPr>
        <w:t xml:space="preserve"> </w:t>
      </w:r>
      <w:proofErr w:type="spellStart"/>
      <w:r w:rsidRPr="00460739">
        <w:rPr>
          <w:rFonts w:ascii="Times New Roman" w:hAnsi="Times New Roman" w:cs="Times New Roman"/>
          <w:sz w:val="24"/>
          <w:szCs w:val="24"/>
        </w:rPr>
        <w:t>riscossione</w:t>
      </w:r>
      <w:proofErr w:type="spellEnd"/>
      <w:r w:rsidRPr="00460739">
        <w:rPr>
          <w:rFonts w:ascii="Times New Roman" w:hAnsi="Times New Roman" w:cs="Times New Roman"/>
          <w:sz w:val="24"/>
          <w:szCs w:val="24"/>
        </w:rPr>
        <w:t xml:space="preserve"> e </w:t>
      </w:r>
      <w:proofErr w:type="spellStart"/>
      <w:r w:rsidRPr="00460739">
        <w:rPr>
          <w:rFonts w:ascii="Times New Roman" w:hAnsi="Times New Roman" w:cs="Times New Roman"/>
          <w:sz w:val="24"/>
          <w:szCs w:val="24"/>
        </w:rPr>
        <w:t>documento</w:t>
      </w:r>
      <w:proofErr w:type="spellEnd"/>
      <w:r w:rsidRPr="00460739">
        <w:rPr>
          <w:rFonts w:ascii="Times New Roman" w:hAnsi="Times New Roman" w:cs="Times New Roman"/>
          <w:sz w:val="24"/>
          <w:szCs w:val="24"/>
        </w:rPr>
        <w:t xml:space="preserve"> di </w:t>
      </w:r>
      <w:proofErr w:type="spellStart"/>
      <w:r w:rsidRPr="00460739">
        <w:rPr>
          <w:rFonts w:ascii="Times New Roman" w:hAnsi="Times New Roman" w:cs="Times New Roman"/>
          <w:sz w:val="24"/>
          <w:szCs w:val="24"/>
        </w:rPr>
        <w:t>identità</w:t>
      </w:r>
      <w:proofErr w:type="spellEnd"/>
      <w:r w:rsidRPr="00460739">
        <w:rPr>
          <w:rFonts w:ascii="Times New Roman" w:hAnsi="Times New Roman" w:cs="Times New Roman"/>
          <w:sz w:val="24"/>
          <w:szCs w:val="24"/>
        </w:rPr>
        <w:t xml:space="preserve"> </w:t>
      </w:r>
      <w:proofErr w:type="gramStart"/>
      <w:r w:rsidRPr="00460739">
        <w:rPr>
          <w:rFonts w:ascii="Times New Roman" w:hAnsi="Times New Roman" w:cs="Times New Roman"/>
          <w:sz w:val="24"/>
          <w:szCs w:val="24"/>
        </w:rPr>
        <w:t>del</w:t>
      </w:r>
      <w:proofErr w:type="gramEnd"/>
      <w:r w:rsidRPr="00460739">
        <w:rPr>
          <w:rFonts w:ascii="Times New Roman" w:hAnsi="Times New Roman" w:cs="Times New Roman"/>
          <w:sz w:val="24"/>
          <w:szCs w:val="24"/>
        </w:rPr>
        <w:t xml:space="preserve"> </w:t>
      </w:r>
      <w:proofErr w:type="spellStart"/>
      <w:r w:rsidRPr="00460739">
        <w:rPr>
          <w:rFonts w:ascii="Times New Roman" w:hAnsi="Times New Roman" w:cs="Times New Roman"/>
          <w:sz w:val="24"/>
          <w:szCs w:val="24"/>
        </w:rPr>
        <w:t>delegato</w:t>
      </w:r>
      <w:proofErr w:type="spellEnd"/>
      <w:r w:rsidRPr="00460739">
        <w:rPr>
          <w:rFonts w:ascii="Times New Roman" w:hAnsi="Times New Roman" w:cs="Times New Roman"/>
          <w:sz w:val="24"/>
          <w:szCs w:val="24"/>
        </w:rPr>
        <w:t>;</w:t>
      </w:r>
    </w:p>
    <w:p w14:paraId="2328D653" w14:textId="77777777" w:rsidR="004F73A1" w:rsidRPr="00460739" w:rsidRDefault="003464D2" w:rsidP="00182820">
      <w:pPr>
        <w:jc w:val="both"/>
        <w:rPr>
          <w:rFonts w:ascii="Times New Roman" w:hAnsi="Times New Roman" w:cs="Times New Roman"/>
          <w:sz w:val="24"/>
          <w:szCs w:val="24"/>
        </w:rPr>
      </w:pPr>
      <w:r w:rsidRPr="00460739">
        <w:rPr>
          <w:rFonts w:ascii="Times New Roman" w:hAnsi="Times New Roman" w:cs="Times New Roman"/>
          <w:sz w:val="24"/>
          <w:szCs w:val="24"/>
        </w:rPr>
        <w:t xml:space="preserve">□ </w:t>
      </w:r>
      <w:proofErr w:type="spellStart"/>
      <w:r w:rsidRPr="00460739">
        <w:rPr>
          <w:rFonts w:ascii="Times New Roman" w:hAnsi="Times New Roman" w:cs="Times New Roman"/>
          <w:sz w:val="24"/>
          <w:szCs w:val="24"/>
        </w:rPr>
        <w:t>Indicazione</w:t>
      </w:r>
      <w:proofErr w:type="spellEnd"/>
      <w:r w:rsidRPr="00460739">
        <w:rPr>
          <w:rFonts w:ascii="Times New Roman" w:hAnsi="Times New Roman" w:cs="Times New Roman"/>
          <w:sz w:val="24"/>
          <w:szCs w:val="24"/>
        </w:rPr>
        <w:t xml:space="preserve"> </w:t>
      </w:r>
      <w:proofErr w:type="spellStart"/>
      <w:r w:rsidRPr="00460739">
        <w:rPr>
          <w:rFonts w:ascii="Times New Roman" w:hAnsi="Times New Roman" w:cs="Times New Roman"/>
          <w:sz w:val="24"/>
          <w:szCs w:val="24"/>
        </w:rPr>
        <w:t>dell’IBAN</w:t>
      </w:r>
      <w:proofErr w:type="spellEnd"/>
      <w:r w:rsidRPr="00460739">
        <w:rPr>
          <w:rFonts w:ascii="Times New Roman" w:hAnsi="Times New Roman" w:cs="Times New Roman"/>
          <w:sz w:val="24"/>
          <w:szCs w:val="24"/>
        </w:rPr>
        <w:t xml:space="preserve"> </w:t>
      </w:r>
      <w:proofErr w:type="spellStart"/>
      <w:r w:rsidRPr="00460739">
        <w:rPr>
          <w:rFonts w:ascii="Times New Roman" w:hAnsi="Times New Roman" w:cs="Times New Roman"/>
          <w:sz w:val="24"/>
          <w:szCs w:val="24"/>
        </w:rPr>
        <w:t>intestato</w:t>
      </w:r>
      <w:proofErr w:type="spellEnd"/>
      <w:r w:rsidRPr="00460739">
        <w:rPr>
          <w:rFonts w:ascii="Times New Roman" w:hAnsi="Times New Roman" w:cs="Times New Roman"/>
          <w:sz w:val="24"/>
          <w:szCs w:val="24"/>
        </w:rPr>
        <w:t xml:space="preserve"> o </w:t>
      </w:r>
      <w:proofErr w:type="spellStart"/>
      <w:r w:rsidRPr="00460739">
        <w:rPr>
          <w:rFonts w:ascii="Times New Roman" w:hAnsi="Times New Roman" w:cs="Times New Roman"/>
          <w:sz w:val="24"/>
          <w:szCs w:val="24"/>
        </w:rPr>
        <w:t>cointestato</w:t>
      </w:r>
      <w:proofErr w:type="spellEnd"/>
      <w:r w:rsidRPr="00460739">
        <w:rPr>
          <w:rFonts w:ascii="Times New Roman" w:hAnsi="Times New Roman" w:cs="Times New Roman"/>
          <w:sz w:val="24"/>
          <w:szCs w:val="24"/>
        </w:rPr>
        <w:t xml:space="preserve"> al </w:t>
      </w:r>
      <w:proofErr w:type="spellStart"/>
      <w:r w:rsidRPr="00460739">
        <w:rPr>
          <w:rFonts w:ascii="Times New Roman" w:hAnsi="Times New Roman" w:cs="Times New Roman"/>
          <w:sz w:val="24"/>
          <w:szCs w:val="24"/>
        </w:rPr>
        <w:t>beneficiario</w:t>
      </w:r>
      <w:proofErr w:type="spellEnd"/>
      <w:r w:rsidRPr="00460739">
        <w:rPr>
          <w:rFonts w:ascii="Times New Roman" w:hAnsi="Times New Roman" w:cs="Times New Roman"/>
          <w:sz w:val="24"/>
          <w:szCs w:val="24"/>
        </w:rPr>
        <w:t xml:space="preserve">, in </w:t>
      </w:r>
      <w:proofErr w:type="spellStart"/>
      <w:r w:rsidRPr="00460739">
        <w:rPr>
          <w:rFonts w:ascii="Times New Roman" w:hAnsi="Times New Roman" w:cs="Times New Roman"/>
          <w:sz w:val="24"/>
          <w:szCs w:val="24"/>
        </w:rPr>
        <w:t>caso</w:t>
      </w:r>
      <w:proofErr w:type="spellEnd"/>
      <w:r w:rsidRPr="00460739">
        <w:rPr>
          <w:rFonts w:ascii="Times New Roman" w:hAnsi="Times New Roman" w:cs="Times New Roman"/>
          <w:sz w:val="24"/>
          <w:szCs w:val="24"/>
        </w:rPr>
        <w:t xml:space="preserve"> di </w:t>
      </w:r>
      <w:proofErr w:type="spellStart"/>
      <w:r w:rsidRPr="00460739">
        <w:rPr>
          <w:rFonts w:ascii="Times New Roman" w:hAnsi="Times New Roman" w:cs="Times New Roman"/>
          <w:sz w:val="24"/>
          <w:szCs w:val="24"/>
        </w:rPr>
        <w:t>accredito</w:t>
      </w:r>
      <w:proofErr w:type="spellEnd"/>
      <w:r w:rsidRPr="00460739">
        <w:rPr>
          <w:rFonts w:ascii="Times New Roman" w:hAnsi="Times New Roman" w:cs="Times New Roman"/>
          <w:sz w:val="24"/>
          <w:szCs w:val="24"/>
        </w:rPr>
        <w:t>;</w:t>
      </w:r>
    </w:p>
    <w:p w14:paraId="70B30345" w14:textId="77777777" w:rsidR="004F73A1" w:rsidRPr="00460739" w:rsidRDefault="003464D2" w:rsidP="00182820">
      <w:pPr>
        <w:jc w:val="both"/>
        <w:rPr>
          <w:rFonts w:ascii="Times New Roman" w:hAnsi="Times New Roman" w:cs="Times New Roman"/>
          <w:sz w:val="24"/>
          <w:szCs w:val="24"/>
        </w:rPr>
      </w:pPr>
      <w:r w:rsidRPr="00460739">
        <w:rPr>
          <w:rFonts w:ascii="Times New Roman" w:hAnsi="Times New Roman" w:cs="Times New Roman"/>
          <w:sz w:val="24"/>
          <w:szCs w:val="24"/>
        </w:rPr>
        <w:t xml:space="preserve">□ </w:t>
      </w:r>
      <w:proofErr w:type="gramStart"/>
      <w:r w:rsidRPr="00460739">
        <w:rPr>
          <w:rFonts w:ascii="Times New Roman" w:hAnsi="Times New Roman" w:cs="Times New Roman"/>
          <w:sz w:val="24"/>
          <w:szCs w:val="24"/>
        </w:rPr>
        <w:t>Per</w:t>
      </w:r>
      <w:proofErr w:type="gramEnd"/>
      <w:r w:rsidRPr="00460739">
        <w:rPr>
          <w:rFonts w:ascii="Times New Roman" w:hAnsi="Times New Roman" w:cs="Times New Roman"/>
          <w:sz w:val="24"/>
          <w:szCs w:val="24"/>
        </w:rPr>
        <w:t xml:space="preserve"> gas/</w:t>
      </w:r>
      <w:proofErr w:type="spellStart"/>
      <w:r w:rsidRPr="00460739">
        <w:rPr>
          <w:rFonts w:ascii="Times New Roman" w:hAnsi="Times New Roman" w:cs="Times New Roman"/>
          <w:sz w:val="24"/>
          <w:szCs w:val="24"/>
        </w:rPr>
        <w:t>riscaldamento</w:t>
      </w:r>
      <w:proofErr w:type="spellEnd"/>
      <w:r w:rsidRPr="00460739">
        <w:rPr>
          <w:rFonts w:ascii="Times New Roman" w:hAnsi="Times New Roman" w:cs="Times New Roman"/>
          <w:sz w:val="24"/>
          <w:szCs w:val="24"/>
        </w:rPr>
        <w:t xml:space="preserve"> </w:t>
      </w:r>
      <w:proofErr w:type="spellStart"/>
      <w:r w:rsidRPr="00460739">
        <w:rPr>
          <w:rFonts w:ascii="Times New Roman" w:hAnsi="Times New Roman" w:cs="Times New Roman"/>
          <w:sz w:val="24"/>
          <w:szCs w:val="24"/>
        </w:rPr>
        <w:t>centralizzato</w:t>
      </w:r>
      <w:proofErr w:type="spellEnd"/>
      <w:r w:rsidRPr="00460739">
        <w:rPr>
          <w:rFonts w:ascii="Times New Roman" w:hAnsi="Times New Roman" w:cs="Times New Roman"/>
          <w:sz w:val="24"/>
          <w:szCs w:val="24"/>
        </w:rPr>
        <w:t xml:space="preserve">: </w:t>
      </w:r>
      <w:proofErr w:type="spellStart"/>
      <w:r w:rsidRPr="00460739">
        <w:rPr>
          <w:rFonts w:ascii="Times New Roman" w:hAnsi="Times New Roman" w:cs="Times New Roman"/>
          <w:sz w:val="24"/>
          <w:szCs w:val="24"/>
        </w:rPr>
        <w:t>documentazione</w:t>
      </w:r>
      <w:proofErr w:type="spellEnd"/>
      <w:r w:rsidRPr="00460739">
        <w:rPr>
          <w:rFonts w:ascii="Times New Roman" w:hAnsi="Times New Roman" w:cs="Times New Roman"/>
          <w:sz w:val="24"/>
          <w:szCs w:val="24"/>
        </w:rPr>
        <w:t xml:space="preserve"> </w:t>
      </w:r>
      <w:proofErr w:type="spellStart"/>
      <w:r w:rsidRPr="00460739">
        <w:rPr>
          <w:rFonts w:ascii="Times New Roman" w:hAnsi="Times New Roman" w:cs="Times New Roman"/>
          <w:sz w:val="24"/>
          <w:szCs w:val="24"/>
        </w:rPr>
        <w:t>della</w:t>
      </w:r>
      <w:proofErr w:type="spellEnd"/>
      <w:r w:rsidRPr="00460739">
        <w:rPr>
          <w:rFonts w:ascii="Times New Roman" w:hAnsi="Times New Roman" w:cs="Times New Roman"/>
          <w:sz w:val="24"/>
          <w:szCs w:val="24"/>
        </w:rPr>
        <w:t xml:space="preserve"> quota </w:t>
      </w:r>
      <w:proofErr w:type="spellStart"/>
      <w:r w:rsidRPr="00460739">
        <w:rPr>
          <w:rFonts w:ascii="Times New Roman" w:hAnsi="Times New Roman" w:cs="Times New Roman"/>
          <w:sz w:val="24"/>
          <w:szCs w:val="24"/>
        </w:rPr>
        <w:t>riferibile</w:t>
      </w:r>
      <w:proofErr w:type="spellEnd"/>
      <w:r w:rsidRPr="00460739">
        <w:rPr>
          <w:rFonts w:ascii="Times New Roman" w:hAnsi="Times New Roman" w:cs="Times New Roman"/>
          <w:sz w:val="24"/>
          <w:szCs w:val="24"/>
        </w:rPr>
        <w:t xml:space="preserve"> </w:t>
      </w:r>
      <w:proofErr w:type="spellStart"/>
      <w:r w:rsidRPr="00460739">
        <w:rPr>
          <w:rFonts w:ascii="Times New Roman" w:hAnsi="Times New Roman" w:cs="Times New Roman"/>
          <w:sz w:val="24"/>
          <w:szCs w:val="24"/>
        </w:rPr>
        <w:t>all’abitazione</w:t>
      </w:r>
      <w:proofErr w:type="spellEnd"/>
      <w:r w:rsidRPr="00460739">
        <w:rPr>
          <w:rFonts w:ascii="Times New Roman" w:hAnsi="Times New Roman" w:cs="Times New Roman"/>
          <w:sz w:val="24"/>
          <w:szCs w:val="24"/>
        </w:rPr>
        <w:t xml:space="preserve"> </w:t>
      </w:r>
      <w:proofErr w:type="spellStart"/>
      <w:r w:rsidRPr="00460739">
        <w:rPr>
          <w:rFonts w:ascii="Times New Roman" w:hAnsi="Times New Roman" w:cs="Times New Roman"/>
          <w:sz w:val="24"/>
          <w:szCs w:val="24"/>
        </w:rPr>
        <w:t>principale</w:t>
      </w:r>
      <w:proofErr w:type="spellEnd"/>
      <w:r w:rsidRPr="00460739">
        <w:rPr>
          <w:rFonts w:ascii="Times New Roman" w:hAnsi="Times New Roman" w:cs="Times New Roman"/>
          <w:sz w:val="24"/>
          <w:szCs w:val="24"/>
        </w:rPr>
        <w:t xml:space="preserve"> e </w:t>
      </w:r>
      <w:proofErr w:type="spellStart"/>
      <w:r w:rsidRPr="00460739">
        <w:rPr>
          <w:rFonts w:ascii="Times New Roman" w:hAnsi="Times New Roman" w:cs="Times New Roman"/>
          <w:sz w:val="24"/>
          <w:szCs w:val="24"/>
        </w:rPr>
        <w:t>relativo</w:t>
      </w:r>
      <w:proofErr w:type="spellEnd"/>
      <w:r w:rsidRPr="00460739">
        <w:rPr>
          <w:rFonts w:ascii="Times New Roman" w:hAnsi="Times New Roman" w:cs="Times New Roman"/>
          <w:sz w:val="24"/>
          <w:szCs w:val="24"/>
        </w:rPr>
        <w:t xml:space="preserve"> </w:t>
      </w:r>
      <w:proofErr w:type="spellStart"/>
      <w:r w:rsidRPr="00460739">
        <w:rPr>
          <w:rFonts w:ascii="Times New Roman" w:hAnsi="Times New Roman" w:cs="Times New Roman"/>
          <w:sz w:val="24"/>
          <w:szCs w:val="24"/>
        </w:rPr>
        <w:t>pagamento</w:t>
      </w:r>
      <w:proofErr w:type="spellEnd"/>
      <w:r w:rsidRPr="00460739">
        <w:rPr>
          <w:rFonts w:ascii="Times New Roman" w:hAnsi="Times New Roman" w:cs="Times New Roman"/>
          <w:sz w:val="24"/>
          <w:szCs w:val="24"/>
        </w:rPr>
        <w:t>.</w:t>
      </w:r>
    </w:p>
    <w:p w14:paraId="1E915518" w14:textId="77777777" w:rsidR="004F73A1" w:rsidRPr="00460739" w:rsidRDefault="003464D2" w:rsidP="00182820">
      <w:pPr>
        <w:jc w:val="both"/>
        <w:rPr>
          <w:rFonts w:ascii="Times New Roman" w:hAnsi="Times New Roman" w:cs="Times New Roman"/>
          <w:sz w:val="24"/>
          <w:szCs w:val="24"/>
        </w:rPr>
      </w:pPr>
      <w:r w:rsidRPr="00460739">
        <w:rPr>
          <w:rFonts w:ascii="Times New Roman" w:hAnsi="Times New Roman" w:cs="Times New Roman"/>
          <w:sz w:val="24"/>
          <w:szCs w:val="24"/>
        </w:rPr>
        <w:t xml:space="preserve">Il/La </w:t>
      </w:r>
      <w:proofErr w:type="spellStart"/>
      <w:r w:rsidRPr="00460739">
        <w:rPr>
          <w:rFonts w:ascii="Times New Roman" w:hAnsi="Times New Roman" w:cs="Times New Roman"/>
          <w:sz w:val="24"/>
          <w:szCs w:val="24"/>
        </w:rPr>
        <w:t>sottoscritto</w:t>
      </w:r>
      <w:proofErr w:type="spellEnd"/>
      <w:r w:rsidRPr="00460739">
        <w:rPr>
          <w:rFonts w:ascii="Times New Roman" w:hAnsi="Times New Roman" w:cs="Times New Roman"/>
          <w:sz w:val="24"/>
          <w:szCs w:val="24"/>
        </w:rPr>
        <w:t xml:space="preserve">/a </w:t>
      </w:r>
      <w:proofErr w:type="spellStart"/>
      <w:r w:rsidRPr="00460739">
        <w:rPr>
          <w:rFonts w:ascii="Times New Roman" w:hAnsi="Times New Roman" w:cs="Times New Roman"/>
          <w:sz w:val="24"/>
          <w:szCs w:val="24"/>
        </w:rPr>
        <w:t>prende</w:t>
      </w:r>
      <w:proofErr w:type="spellEnd"/>
      <w:r w:rsidRPr="00460739">
        <w:rPr>
          <w:rFonts w:ascii="Times New Roman" w:hAnsi="Times New Roman" w:cs="Times New Roman"/>
          <w:sz w:val="24"/>
          <w:szCs w:val="24"/>
        </w:rPr>
        <w:t xml:space="preserve"> </w:t>
      </w:r>
      <w:proofErr w:type="spellStart"/>
      <w:r w:rsidRPr="00460739">
        <w:rPr>
          <w:rFonts w:ascii="Times New Roman" w:hAnsi="Times New Roman" w:cs="Times New Roman"/>
          <w:sz w:val="24"/>
          <w:szCs w:val="24"/>
        </w:rPr>
        <w:t>atto</w:t>
      </w:r>
      <w:proofErr w:type="spellEnd"/>
      <w:r w:rsidRPr="00460739">
        <w:rPr>
          <w:rFonts w:ascii="Times New Roman" w:hAnsi="Times New Roman" w:cs="Times New Roman"/>
          <w:sz w:val="24"/>
          <w:szCs w:val="24"/>
        </w:rPr>
        <w:t xml:space="preserve"> </w:t>
      </w:r>
      <w:proofErr w:type="spellStart"/>
      <w:r w:rsidRPr="00460739">
        <w:rPr>
          <w:rFonts w:ascii="Times New Roman" w:hAnsi="Times New Roman" w:cs="Times New Roman"/>
          <w:sz w:val="24"/>
          <w:szCs w:val="24"/>
        </w:rPr>
        <w:t>che</w:t>
      </w:r>
      <w:proofErr w:type="spellEnd"/>
      <w:r w:rsidRPr="00460739">
        <w:rPr>
          <w:rFonts w:ascii="Times New Roman" w:hAnsi="Times New Roman" w:cs="Times New Roman"/>
          <w:sz w:val="24"/>
          <w:szCs w:val="24"/>
        </w:rPr>
        <w:t xml:space="preserve"> </w:t>
      </w:r>
      <w:proofErr w:type="spellStart"/>
      <w:r w:rsidRPr="00460739">
        <w:rPr>
          <w:rFonts w:ascii="Times New Roman" w:hAnsi="Times New Roman" w:cs="Times New Roman"/>
          <w:sz w:val="24"/>
          <w:szCs w:val="24"/>
        </w:rPr>
        <w:t>il</w:t>
      </w:r>
      <w:proofErr w:type="spellEnd"/>
      <w:r w:rsidRPr="00460739">
        <w:rPr>
          <w:rFonts w:ascii="Times New Roman" w:hAnsi="Times New Roman" w:cs="Times New Roman"/>
          <w:sz w:val="24"/>
          <w:szCs w:val="24"/>
        </w:rPr>
        <w:t xml:space="preserve"> </w:t>
      </w:r>
      <w:proofErr w:type="spellStart"/>
      <w:r w:rsidRPr="00460739">
        <w:rPr>
          <w:rFonts w:ascii="Times New Roman" w:hAnsi="Times New Roman" w:cs="Times New Roman"/>
          <w:sz w:val="24"/>
          <w:szCs w:val="24"/>
        </w:rPr>
        <w:t>contributo</w:t>
      </w:r>
      <w:proofErr w:type="spellEnd"/>
      <w:r w:rsidRPr="00460739">
        <w:rPr>
          <w:rFonts w:ascii="Times New Roman" w:hAnsi="Times New Roman" w:cs="Times New Roman"/>
          <w:sz w:val="24"/>
          <w:szCs w:val="24"/>
        </w:rPr>
        <w:t xml:space="preserve"> è </w:t>
      </w:r>
      <w:proofErr w:type="spellStart"/>
      <w:r w:rsidRPr="00460739">
        <w:rPr>
          <w:rFonts w:ascii="Times New Roman" w:hAnsi="Times New Roman" w:cs="Times New Roman"/>
          <w:sz w:val="24"/>
          <w:szCs w:val="24"/>
        </w:rPr>
        <w:t>determinato</w:t>
      </w:r>
      <w:proofErr w:type="spellEnd"/>
      <w:r w:rsidRPr="00460739">
        <w:rPr>
          <w:rFonts w:ascii="Times New Roman" w:hAnsi="Times New Roman" w:cs="Times New Roman"/>
          <w:sz w:val="24"/>
          <w:szCs w:val="24"/>
        </w:rPr>
        <w:t xml:space="preserve"> </w:t>
      </w:r>
      <w:proofErr w:type="spellStart"/>
      <w:r w:rsidRPr="00460739">
        <w:rPr>
          <w:rFonts w:ascii="Times New Roman" w:hAnsi="Times New Roman" w:cs="Times New Roman"/>
          <w:sz w:val="24"/>
          <w:szCs w:val="24"/>
        </w:rPr>
        <w:t>sulle</w:t>
      </w:r>
      <w:proofErr w:type="spellEnd"/>
      <w:r w:rsidRPr="00460739">
        <w:rPr>
          <w:rFonts w:ascii="Times New Roman" w:hAnsi="Times New Roman" w:cs="Times New Roman"/>
          <w:sz w:val="24"/>
          <w:szCs w:val="24"/>
        </w:rPr>
        <w:t xml:space="preserve"> </w:t>
      </w:r>
      <w:proofErr w:type="spellStart"/>
      <w:r w:rsidRPr="00460739">
        <w:rPr>
          <w:rFonts w:ascii="Times New Roman" w:hAnsi="Times New Roman" w:cs="Times New Roman"/>
          <w:sz w:val="24"/>
          <w:szCs w:val="24"/>
        </w:rPr>
        <w:t>spese</w:t>
      </w:r>
      <w:proofErr w:type="spellEnd"/>
      <w:r w:rsidRPr="00460739">
        <w:rPr>
          <w:rFonts w:ascii="Times New Roman" w:hAnsi="Times New Roman" w:cs="Times New Roman"/>
          <w:sz w:val="24"/>
          <w:szCs w:val="24"/>
        </w:rPr>
        <w:t xml:space="preserve"> </w:t>
      </w:r>
      <w:proofErr w:type="spellStart"/>
      <w:r w:rsidRPr="00460739">
        <w:rPr>
          <w:rFonts w:ascii="Times New Roman" w:hAnsi="Times New Roman" w:cs="Times New Roman"/>
          <w:sz w:val="24"/>
          <w:szCs w:val="24"/>
        </w:rPr>
        <w:t>ammissibili</w:t>
      </w:r>
      <w:proofErr w:type="spellEnd"/>
      <w:r w:rsidRPr="00460739">
        <w:rPr>
          <w:rFonts w:ascii="Times New Roman" w:hAnsi="Times New Roman" w:cs="Times New Roman"/>
          <w:sz w:val="24"/>
          <w:szCs w:val="24"/>
        </w:rPr>
        <w:t xml:space="preserve"> </w:t>
      </w:r>
      <w:proofErr w:type="spellStart"/>
      <w:r w:rsidRPr="00460739">
        <w:rPr>
          <w:rFonts w:ascii="Times New Roman" w:hAnsi="Times New Roman" w:cs="Times New Roman"/>
          <w:sz w:val="24"/>
          <w:szCs w:val="24"/>
        </w:rPr>
        <w:t>effettivamente</w:t>
      </w:r>
      <w:proofErr w:type="spellEnd"/>
      <w:r w:rsidRPr="00460739">
        <w:rPr>
          <w:rFonts w:ascii="Times New Roman" w:hAnsi="Times New Roman" w:cs="Times New Roman"/>
          <w:sz w:val="24"/>
          <w:szCs w:val="24"/>
        </w:rPr>
        <w:t xml:space="preserve"> </w:t>
      </w:r>
      <w:proofErr w:type="spellStart"/>
      <w:r w:rsidRPr="00460739">
        <w:rPr>
          <w:rFonts w:ascii="Times New Roman" w:hAnsi="Times New Roman" w:cs="Times New Roman"/>
          <w:sz w:val="24"/>
          <w:szCs w:val="24"/>
        </w:rPr>
        <w:t>pagate</w:t>
      </w:r>
      <w:proofErr w:type="spellEnd"/>
      <w:r w:rsidRPr="00460739">
        <w:rPr>
          <w:rFonts w:ascii="Times New Roman" w:hAnsi="Times New Roman" w:cs="Times New Roman"/>
          <w:sz w:val="24"/>
          <w:szCs w:val="24"/>
        </w:rPr>
        <w:t xml:space="preserve"> e </w:t>
      </w:r>
      <w:proofErr w:type="spellStart"/>
      <w:r w:rsidRPr="00460739">
        <w:rPr>
          <w:rFonts w:ascii="Times New Roman" w:hAnsi="Times New Roman" w:cs="Times New Roman"/>
          <w:sz w:val="24"/>
          <w:szCs w:val="24"/>
        </w:rPr>
        <w:t>documentate</w:t>
      </w:r>
      <w:proofErr w:type="spellEnd"/>
      <w:r w:rsidRPr="00460739">
        <w:rPr>
          <w:rFonts w:ascii="Times New Roman" w:hAnsi="Times New Roman" w:cs="Times New Roman"/>
          <w:sz w:val="24"/>
          <w:szCs w:val="24"/>
        </w:rPr>
        <w:t xml:space="preserve">, in base </w:t>
      </w:r>
      <w:proofErr w:type="spellStart"/>
      <w:r w:rsidRPr="00460739">
        <w:rPr>
          <w:rFonts w:ascii="Times New Roman" w:hAnsi="Times New Roman" w:cs="Times New Roman"/>
          <w:sz w:val="24"/>
          <w:szCs w:val="24"/>
        </w:rPr>
        <w:t>alle</w:t>
      </w:r>
      <w:proofErr w:type="spellEnd"/>
      <w:r w:rsidRPr="00460739">
        <w:rPr>
          <w:rFonts w:ascii="Times New Roman" w:hAnsi="Times New Roman" w:cs="Times New Roman"/>
          <w:sz w:val="24"/>
          <w:szCs w:val="24"/>
        </w:rPr>
        <w:t xml:space="preserve"> </w:t>
      </w:r>
      <w:proofErr w:type="spellStart"/>
      <w:r w:rsidRPr="00460739">
        <w:rPr>
          <w:rFonts w:ascii="Times New Roman" w:hAnsi="Times New Roman" w:cs="Times New Roman"/>
          <w:sz w:val="24"/>
          <w:szCs w:val="24"/>
        </w:rPr>
        <w:t>percentuali</w:t>
      </w:r>
      <w:proofErr w:type="spellEnd"/>
      <w:r w:rsidRPr="00460739">
        <w:rPr>
          <w:rFonts w:ascii="Times New Roman" w:hAnsi="Times New Roman" w:cs="Times New Roman"/>
          <w:sz w:val="24"/>
          <w:szCs w:val="24"/>
        </w:rPr>
        <w:t xml:space="preserve"> </w:t>
      </w:r>
      <w:proofErr w:type="spellStart"/>
      <w:r w:rsidRPr="00460739">
        <w:rPr>
          <w:rFonts w:ascii="Times New Roman" w:hAnsi="Times New Roman" w:cs="Times New Roman"/>
          <w:sz w:val="24"/>
          <w:szCs w:val="24"/>
        </w:rPr>
        <w:t>previste</w:t>
      </w:r>
      <w:proofErr w:type="spellEnd"/>
      <w:r w:rsidRPr="00460739">
        <w:rPr>
          <w:rFonts w:ascii="Times New Roman" w:hAnsi="Times New Roman" w:cs="Times New Roman"/>
          <w:sz w:val="24"/>
          <w:szCs w:val="24"/>
        </w:rPr>
        <w:t xml:space="preserve"> dal Bando, </w:t>
      </w:r>
      <w:proofErr w:type="spellStart"/>
      <w:r w:rsidRPr="00460739">
        <w:rPr>
          <w:rFonts w:ascii="Times New Roman" w:hAnsi="Times New Roman" w:cs="Times New Roman"/>
          <w:sz w:val="24"/>
          <w:szCs w:val="24"/>
        </w:rPr>
        <w:t>fino</w:t>
      </w:r>
      <w:proofErr w:type="spellEnd"/>
      <w:r w:rsidRPr="00460739">
        <w:rPr>
          <w:rFonts w:ascii="Times New Roman" w:hAnsi="Times New Roman" w:cs="Times New Roman"/>
          <w:sz w:val="24"/>
          <w:szCs w:val="24"/>
        </w:rPr>
        <w:t xml:space="preserve"> al </w:t>
      </w:r>
      <w:proofErr w:type="spellStart"/>
      <w:r w:rsidRPr="00460739">
        <w:rPr>
          <w:rFonts w:ascii="Times New Roman" w:hAnsi="Times New Roman" w:cs="Times New Roman"/>
          <w:sz w:val="24"/>
          <w:szCs w:val="24"/>
        </w:rPr>
        <w:t>massimo</w:t>
      </w:r>
      <w:proofErr w:type="spellEnd"/>
      <w:r w:rsidRPr="00460739">
        <w:rPr>
          <w:rFonts w:ascii="Times New Roman" w:hAnsi="Times New Roman" w:cs="Times New Roman"/>
          <w:sz w:val="24"/>
          <w:szCs w:val="24"/>
        </w:rPr>
        <w:t xml:space="preserve"> di € 300</w:t>
      </w:r>
      <w:proofErr w:type="gramStart"/>
      <w:r w:rsidRPr="00460739">
        <w:rPr>
          <w:rFonts w:ascii="Times New Roman" w:hAnsi="Times New Roman" w:cs="Times New Roman"/>
          <w:sz w:val="24"/>
          <w:szCs w:val="24"/>
        </w:rPr>
        <w:t>,00</w:t>
      </w:r>
      <w:proofErr w:type="gramEnd"/>
      <w:r w:rsidRPr="00460739">
        <w:rPr>
          <w:rFonts w:ascii="Times New Roman" w:hAnsi="Times New Roman" w:cs="Times New Roman"/>
          <w:sz w:val="24"/>
          <w:szCs w:val="24"/>
        </w:rPr>
        <w:t xml:space="preserve"> per </w:t>
      </w:r>
      <w:proofErr w:type="spellStart"/>
      <w:r w:rsidRPr="00460739">
        <w:rPr>
          <w:rFonts w:ascii="Times New Roman" w:hAnsi="Times New Roman" w:cs="Times New Roman"/>
          <w:sz w:val="24"/>
          <w:szCs w:val="24"/>
        </w:rPr>
        <w:t>nucleo</w:t>
      </w:r>
      <w:proofErr w:type="spellEnd"/>
      <w:r w:rsidRPr="00460739">
        <w:rPr>
          <w:rFonts w:ascii="Times New Roman" w:hAnsi="Times New Roman" w:cs="Times New Roman"/>
          <w:sz w:val="24"/>
          <w:szCs w:val="24"/>
        </w:rPr>
        <w:t xml:space="preserve">; in </w:t>
      </w:r>
      <w:proofErr w:type="spellStart"/>
      <w:r w:rsidRPr="00460739">
        <w:rPr>
          <w:rFonts w:ascii="Times New Roman" w:hAnsi="Times New Roman" w:cs="Times New Roman"/>
          <w:sz w:val="24"/>
          <w:szCs w:val="24"/>
        </w:rPr>
        <w:t>caso</w:t>
      </w:r>
      <w:proofErr w:type="spellEnd"/>
      <w:r w:rsidRPr="00460739">
        <w:rPr>
          <w:rFonts w:ascii="Times New Roman" w:hAnsi="Times New Roman" w:cs="Times New Roman"/>
          <w:sz w:val="24"/>
          <w:szCs w:val="24"/>
        </w:rPr>
        <w:t xml:space="preserve"> di </w:t>
      </w:r>
      <w:proofErr w:type="spellStart"/>
      <w:r w:rsidRPr="00460739">
        <w:rPr>
          <w:rFonts w:ascii="Times New Roman" w:hAnsi="Times New Roman" w:cs="Times New Roman"/>
          <w:sz w:val="24"/>
          <w:szCs w:val="24"/>
        </w:rPr>
        <w:t>insufficienza</w:t>
      </w:r>
      <w:proofErr w:type="spellEnd"/>
      <w:r w:rsidRPr="00460739">
        <w:rPr>
          <w:rFonts w:ascii="Times New Roman" w:hAnsi="Times New Roman" w:cs="Times New Roman"/>
          <w:sz w:val="24"/>
          <w:szCs w:val="24"/>
        </w:rPr>
        <w:t xml:space="preserve"> </w:t>
      </w:r>
      <w:proofErr w:type="spellStart"/>
      <w:r w:rsidRPr="00460739">
        <w:rPr>
          <w:rFonts w:ascii="Times New Roman" w:hAnsi="Times New Roman" w:cs="Times New Roman"/>
          <w:sz w:val="24"/>
          <w:szCs w:val="24"/>
        </w:rPr>
        <w:t>delle</w:t>
      </w:r>
      <w:proofErr w:type="spellEnd"/>
      <w:r w:rsidRPr="00460739">
        <w:rPr>
          <w:rFonts w:ascii="Times New Roman" w:hAnsi="Times New Roman" w:cs="Times New Roman"/>
          <w:sz w:val="24"/>
          <w:szCs w:val="24"/>
        </w:rPr>
        <w:t xml:space="preserve"> </w:t>
      </w:r>
      <w:proofErr w:type="spellStart"/>
      <w:r w:rsidRPr="00460739">
        <w:rPr>
          <w:rFonts w:ascii="Times New Roman" w:hAnsi="Times New Roman" w:cs="Times New Roman"/>
          <w:sz w:val="24"/>
          <w:szCs w:val="24"/>
        </w:rPr>
        <w:t>risorse</w:t>
      </w:r>
      <w:proofErr w:type="spellEnd"/>
      <w:r w:rsidRPr="00460739">
        <w:rPr>
          <w:rFonts w:ascii="Times New Roman" w:hAnsi="Times New Roman" w:cs="Times New Roman"/>
          <w:sz w:val="24"/>
          <w:szCs w:val="24"/>
        </w:rPr>
        <w:t xml:space="preserve">, è </w:t>
      </w:r>
      <w:proofErr w:type="spellStart"/>
      <w:r w:rsidRPr="00460739">
        <w:rPr>
          <w:rFonts w:ascii="Times New Roman" w:hAnsi="Times New Roman" w:cs="Times New Roman"/>
          <w:sz w:val="24"/>
          <w:szCs w:val="24"/>
        </w:rPr>
        <w:t>prevista</w:t>
      </w:r>
      <w:proofErr w:type="spellEnd"/>
      <w:r w:rsidRPr="00460739">
        <w:rPr>
          <w:rFonts w:ascii="Times New Roman" w:hAnsi="Times New Roman" w:cs="Times New Roman"/>
          <w:sz w:val="24"/>
          <w:szCs w:val="24"/>
        </w:rPr>
        <w:t xml:space="preserve"> la </w:t>
      </w:r>
      <w:proofErr w:type="spellStart"/>
      <w:r w:rsidRPr="00460739">
        <w:rPr>
          <w:rFonts w:ascii="Times New Roman" w:hAnsi="Times New Roman" w:cs="Times New Roman"/>
          <w:sz w:val="24"/>
          <w:szCs w:val="24"/>
        </w:rPr>
        <w:t>riduzione</w:t>
      </w:r>
      <w:proofErr w:type="spellEnd"/>
      <w:r w:rsidRPr="00460739">
        <w:rPr>
          <w:rFonts w:ascii="Times New Roman" w:hAnsi="Times New Roman" w:cs="Times New Roman"/>
          <w:sz w:val="24"/>
          <w:szCs w:val="24"/>
        </w:rPr>
        <w:t xml:space="preserve"> </w:t>
      </w:r>
      <w:proofErr w:type="spellStart"/>
      <w:r w:rsidRPr="00460739">
        <w:rPr>
          <w:rFonts w:ascii="Times New Roman" w:hAnsi="Times New Roman" w:cs="Times New Roman"/>
          <w:sz w:val="24"/>
          <w:szCs w:val="24"/>
        </w:rPr>
        <w:t>proporzionale</w:t>
      </w:r>
      <w:proofErr w:type="spellEnd"/>
      <w:r w:rsidRPr="00460739">
        <w:rPr>
          <w:rFonts w:ascii="Times New Roman" w:hAnsi="Times New Roman" w:cs="Times New Roman"/>
          <w:sz w:val="24"/>
          <w:szCs w:val="24"/>
        </w:rPr>
        <w:t xml:space="preserve"> </w:t>
      </w:r>
      <w:proofErr w:type="spellStart"/>
      <w:r w:rsidRPr="00460739">
        <w:rPr>
          <w:rFonts w:ascii="Times New Roman" w:hAnsi="Times New Roman" w:cs="Times New Roman"/>
          <w:sz w:val="24"/>
          <w:szCs w:val="24"/>
        </w:rPr>
        <w:t>dei</w:t>
      </w:r>
      <w:proofErr w:type="spellEnd"/>
      <w:r w:rsidRPr="00460739">
        <w:rPr>
          <w:rFonts w:ascii="Times New Roman" w:hAnsi="Times New Roman" w:cs="Times New Roman"/>
          <w:sz w:val="24"/>
          <w:szCs w:val="24"/>
        </w:rPr>
        <w:t xml:space="preserve"> </w:t>
      </w:r>
      <w:proofErr w:type="spellStart"/>
      <w:r w:rsidRPr="00460739">
        <w:rPr>
          <w:rFonts w:ascii="Times New Roman" w:hAnsi="Times New Roman" w:cs="Times New Roman"/>
          <w:sz w:val="24"/>
          <w:szCs w:val="24"/>
        </w:rPr>
        <w:t>contributi</w:t>
      </w:r>
      <w:proofErr w:type="spellEnd"/>
      <w:r w:rsidRPr="00460739">
        <w:rPr>
          <w:rFonts w:ascii="Times New Roman" w:hAnsi="Times New Roman" w:cs="Times New Roman"/>
          <w:sz w:val="24"/>
          <w:szCs w:val="24"/>
        </w:rPr>
        <w:t>.</w:t>
      </w:r>
    </w:p>
    <w:p w14:paraId="487A4A44" w14:textId="24B8A6E5" w:rsidR="004F73A1" w:rsidRDefault="003464D2" w:rsidP="00182820">
      <w:pPr>
        <w:jc w:val="both"/>
        <w:rPr>
          <w:rFonts w:ascii="Times New Roman" w:hAnsi="Times New Roman" w:cs="Times New Roman"/>
          <w:sz w:val="24"/>
          <w:szCs w:val="24"/>
        </w:rPr>
      </w:pPr>
      <w:proofErr w:type="spellStart"/>
      <w:r w:rsidRPr="00460739">
        <w:rPr>
          <w:rFonts w:ascii="Times New Roman" w:hAnsi="Times New Roman" w:cs="Times New Roman"/>
          <w:sz w:val="24"/>
          <w:szCs w:val="24"/>
        </w:rPr>
        <w:t>Dichiara</w:t>
      </w:r>
      <w:proofErr w:type="spellEnd"/>
      <w:r w:rsidRPr="00460739">
        <w:rPr>
          <w:rFonts w:ascii="Times New Roman" w:hAnsi="Times New Roman" w:cs="Times New Roman"/>
          <w:sz w:val="24"/>
          <w:szCs w:val="24"/>
        </w:rPr>
        <w:t xml:space="preserve"> di aver </w:t>
      </w:r>
      <w:proofErr w:type="spellStart"/>
      <w:r w:rsidRPr="00460739">
        <w:rPr>
          <w:rFonts w:ascii="Times New Roman" w:hAnsi="Times New Roman" w:cs="Times New Roman"/>
          <w:sz w:val="24"/>
          <w:szCs w:val="24"/>
        </w:rPr>
        <w:t>preso</w:t>
      </w:r>
      <w:proofErr w:type="spellEnd"/>
      <w:r w:rsidRPr="00460739">
        <w:rPr>
          <w:rFonts w:ascii="Times New Roman" w:hAnsi="Times New Roman" w:cs="Times New Roman"/>
          <w:sz w:val="24"/>
          <w:szCs w:val="24"/>
        </w:rPr>
        <w:t xml:space="preserve"> </w:t>
      </w:r>
      <w:proofErr w:type="spellStart"/>
      <w:r w:rsidRPr="00460739">
        <w:rPr>
          <w:rFonts w:ascii="Times New Roman" w:hAnsi="Times New Roman" w:cs="Times New Roman"/>
          <w:sz w:val="24"/>
          <w:szCs w:val="24"/>
        </w:rPr>
        <w:t>visione</w:t>
      </w:r>
      <w:proofErr w:type="spellEnd"/>
      <w:r w:rsidRPr="00460739">
        <w:rPr>
          <w:rFonts w:ascii="Times New Roman" w:hAnsi="Times New Roman" w:cs="Times New Roman"/>
          <w:sz w:val="24"/>
          <w:szCs w:val="24"/>
        </w:rPr>
        <w:t xml:space="preserve"> </w:t>
      </w:r>
      <w:proofErr w:type="spellStart"/>
      <w:r w:rsidRPr="00460739">
        <w:rPr>
          <w:rFonts w:ascii="Times New Roman" w:hAnsi="Times New Roman" w:cs="Times New Roman"/>
          <w:sz w:val="24"/>
          <w:szCs w:val="24"/>
        </w:rPr>
        <w:t>dell’informativa</w:t>
      </w:r>
      <w:proofErr w:type="spellEnd"/>
      <w:r w:rsidRPr="00460739">
        <w:rPr>
          <w:rFonts w:ascii="Times New Roman" w:hAnsi="Times New Roman" w:cs="Times New Roman"/>
          <w:sz w:val="24"/>
          <w:szCs w:val="24"/>
        </w:rPr>
        <w:t xml:space="preserve"> </w:t>
      </w:r>
      <w:proofErr w:type="spellStart"/>
      <w:r w:rsidRPr="00460739">
        <w:rPr>
          <w:rFonts w:ascii="Times New Roman" w:hAnsi="Times New Roman" w:cs="Times New Roman"/>
          <w:sz w:val="24"/>
          <w:szCs w:val="24"/>
        </w:rPr>
        <w:t>sul</w:t>
      </w:r>
      <w:proofErr w:type="spellEnd"/>
      <w:r w:rsidRPr="00460739">
        <w:rPr>
          <w:rFonts w:ascii="Times New Roman" w:hAnsi="Times New Roman" w:cs="Times New Roman"/>
          <w:sz w:val="24"/>
          <w:szCs w:val="24"/>
        </w:rPr>
        <w:t xml:space="preserve"> </w:t>
      </w:r>
      <w:proofErr w:type="spellStart"/>
      <w:r w:rsidRPr="00460739">
        <w:rPr>
          <w:rFonts w:ascii="Times New Roman" w:hAnsi="Times New Roman" w:cs="Times New Roman"/>
          <w:sz w:val="24"/>
          <w:szCs w:val="24"/>
        </w:rPr>
        <w:t>trattamento</w:t>
      </w:r>
      <w:proofErr w:type="spellEnd"/>
      <w:r w:rsidRPr="00460739">
        <w:rPr>
          <w:rFonts w:ascii="Times New Roman" w:hAnsi="Times New Roman" w:cs="Times New Roman"/>
          <w:sz w:val="24"/>
          <w:szCs w:val="24"/>
        </w:rPr>
        <w:t xml:space="preserve"> </w:t>
      </w:r>
      <w:proofErr w:type="spellStart"/>
      <w:r w:rsidRPr="00460739">
        <w:rPr>
          <w:rFonts w:ascii="Times New Roman" w:hAnsi="Times New Roman" w:cs="Times New Roman"/>
          <w:sz w:val="24"/>
          <w:szCs w:val="24"/>
        </w:rPr>
        <w:t>dei</w:t>
      </w:r>
      <w:proofErr w:type="spellEnd"/>
      <w:r w:rsidRPr="00460739">
        <w:rPr>
          <w:rFonts w:ascii="Times New Roman" w:hAnsi="Times New Roman" w:cs="Times New Roman"/>
          <w:sz w:val="24"/>
          <w:szCs w:val="24"/>
        </w:rPr>
        <w:t xml:space="preserve"> </w:t>
      </w:r>
      <w:proofErr w:type="spellStart"/>
      <w:r w:rsidRPr="00460739">
        <w:rPr>
          <w:rFonts w:ascii="Times New Roman" w:hAnsi="Times New Roman" w:cs="Times New Roman"/>
          <w:sz w:val="24"/>
          <w:szCs w:val="24"/>
        </w:rPr>
        <w:t>dati</w:t>
      </w:r>
      <w:proofErr w:type="spellEnd"/>
      <w:r w:rsidRPr="00460739">
        <w:rPr>
          <w:rFonts w:ascii="Times New Roman" w:hAnsi="Times New Roman" w:cs="Times New Roman"/>
          <w:sz w:val="24"/>
          <w:szCs w:val="24"/>
        </w:rPr>
        <w:t xml:space="preserve"> </w:t>
      </w:r>
      <w:proofErr w:type="spellStart"/>
      <w:r w:rsidRPr="00460739">
        <w:rPr>
          <w:rFonts w:ascii="Times New Roman" w:hAnsi="Times New Roman" w:cs="Times New Roman"/>
          <w:sz w:val="24"/>
          <w:szCs w:val="24"/>
        </w:rPr>
        <w:t>personali</w:t>
      </w:r>
      <w:proofErr w:type="spellEnd"/>
      <w:r w:rsidRPr="00460739">
        <w:rPr>
          <w:rFonts w:ascii="Times New Roman" w:hAnsi="Times New Roman" w:cs="Times New Roman"/>
          <w:sz w:val="24"/>
          <w:szCs w:val="24"/>
        </w:rPr>
        <w:t xml:space="preserve"> </w:t>
      </w:r>
      <w:proofErr w:type="spellStart"/>
      <w:r w:rsidRPr="00460739">
        <w:rPr>
          <w:rFonts w:ascii="Times New Roman" w:hAnsi="Times New Roman" w:cs="Times New Roman"/>
          <w:sz w:val="24"/>
          <w:szCs w:val="24"/>
        </w:rPr>
        <w:t>resa</w:t>
      </w:r>
      <w:proofErr w:type="spellEnd"/>
      <w:r w:rsidRPr="00460739">
        <w:rPr>
          <w:rFonts w:ascii="Times New Roman" w:hAnsi="Times New Roman" w:cs="Times New Roman"/>
          <w:sz w:val="24"/>
          <w:szCs w:val="24"/>
        </w:rPr>
        <w:t xml:space="preserve"> </w:t>
      </w:r>
      <w:proofErr w:type="spellStart"/>
      <w:r w:rsidRPr="00460739">
        <w:rPr>
          <w:rFonts w:ascii="Times New Roman" w:hAnsi="Times New Roman" w:cs="Times New Roman"/>
          <w:sz w:val="24"/>
          <w:szCs w:val="24"/>
        </w:rPr>
        <w:t>disponibile</w:t>
      </w:r>
      <w:proofErr w:type="spellEnd"/>
      <w:r w:rsidRPr="00460739">
        <w:rPr>
          <w:rFonts w:ascii="Times New Roman" w:hAnsi="Times New Roman" w:cs="Times New Roman"/>
          <w:sz w:val="24"/>
          <w:szCs w:val="24"/>
        </w:rPr>
        <w:t xml:space="preserve"> dal </w:t>
      </w:r>
      <w:proofErr w:type="spellStart"/>
      <w:r w:rsidRPr="00460739">
        <w:rPr>
          <w:rFonts w:ascii="Times New Roman" w:hAnsi="Times New Roman" w:cs="Times New Roman"/>
          <w:sz w:val="24"/>
          <w:szCs w:val="24"/>
        </w:rPr>
        <w:t>Comune</w:t>
      </w:r>
      <w:proofErr w:type="spellEnd"/>
      <w:r w:rsidRPr="00460739">
        <w:rPr>
          <w:rFonts w:ascii="Times New Roman" w:hAnsi="Times New Roman" w:cs="Times New Roman"/>
          <w:sz w:val="24"/>
          <w:szCs w:val="24"/>
        </w:rPr>
        <w:t xml:space="preserve">, </w:t>
      </w:r>
      <w:proofErr w:type="spellStart"/>
      <w:r w:rsidRPr="00460739">
        <w:rPr>
          <w:rFonts w:ascii="Times New Roman" w:hAnsi="Times New Roman" w:cs="Times New Roman"/>
          <w:sz w:val="24"/>
          <w:szCs w:val="24"/>
        </w:rPr>
        <w:t>ai</w:t>
      </w:r>
      <w:proofErr w:type="spellEnd"/>
      <w:r w:rsidRPr="00460739">
        <w:rPr>
          <w:rFonts w:ascii="Times New Roman" w:hAnsi="Times New Roman" w:cs="Times New Roman"/>
          <w:sz w:val="24"/>
          <w:szCs w:val="24"/>
        </w:rPr>
        <w:t xml:space="preserve"> </w:t>
      </w:r>
      <w:proofErr w:type="spellStart"/>
      <w:r w:rsidRPr="00460739">
        <w:rPr>
          <w:rFonts w:ascii="Times New Roman" w:hAnsi="Times New Roman" w:cs="Times New Roman"/>
          <w:sz w:val="24"/>
          <w:szCs w:val="24"/>
        </w:rPr>
        <w:t>sensi</w:t>
      </w:r>
      <w:proofErr w:type="spellEnd"/>
      <w:r w:rsidRPr="00460739">
        <w:rPr>
          <w:rFonts w:ascii="Times New Roman" w:hAnsi="Times New Roman" w:cs="Times New Roman"/>
          <w:sz w:val="24"/>
          <w:szCs w:val="24"/>
        </w:rPr>
        <w:t xml:space="preserve"> </w:t>
      </w:r>
      <w:proofErr w:type="gramStart"/>
      <w:r w:rsidRPr="00460739">
        <w:rPr>
          <w:rFonts w:ascii="Times New Roman" w:hAnsi="Times New Roman" w:cs="Times New Roman"/>
          <w:sz w:val="24"/>
          <w:szCs w:val="24"/>
        </w:rPr>
        <w:t>del</w:t>
      </w:r>
      <w:proofErr w:type="gramEnd"/>
      <w:r w:rsidRPr="00460739">
        <w:rPr>
          <w:rFonts w:ascii="Times New Roman" w:hAnsi="Times New Roman" w:cs="Times New Roman"/>
          <w:sz w:val="24"/>
          <w:szCs w:val="24"/>
        </w:rPr>
        <w:t xml:space="preserve"> </w:t>
      </w:r>
      <w:proofErr w:type="spellStart"/>
      <w:r w:rsidRPr="00460739">
        <w:rPr>
          <w:rFonts w:ascii="Times New Roman" w:hAnsi="Times New Roman" w:cs="Times New Roman"/>
          <w:sz w:val="24"/>
          <w:szCs w:val="24"/>
        </w:rPr>
        <w:t>Regolamento</w:t>
      </w:r>
      <w:proofErr w:type="spellEnd"/>
      <w:r w:rsidRPr="00460739">
        <w:rPr>
          <w:rFonts w:ascii="Times New Roman" w:hAnsi="Times New Roman" w:cs="Times New Roman"/>
          <w:sz w:val="24"/>
          <w:szCs w:val="24"/>
        </w:rPr>
        <w:t xml:space="preserve"> (UE) 2016/679 e </w:t>
      </w:r>
      <w:proofErr w:type="spellStart"/>
      <w:r w:rsidRPr="00460739">
        <w:rPr>
          <w:rFonts w:ascii="Times New Roman" w:hAnsi="Times New Roman" w:cs="Times New Roman"/>
          <w:sz w:val="24"/>
          <w:szCs w:val="24"/>
        </w:rPr>
        <w:t>della</w:t>
      </w:r>
      <w:proofErr w:type="spellEnd"/>
      <w:r w:rsidRPr="00460739">
        <w:rPr>
          <w:rFonts w:ascii="Times New Roman" w:hAnsi="Times New Roman" w:cs="Times New Roman"/>
          <w:sz w:val="24"/>
          <w:szCs w:val="24"/>
        </w:rPr>
        <w:t xml:space="preserve"> </w:t>
      </w:r>
      <w:proofErr w:type="spellStart"/>
      <w:r w:rsidRPr="00460739">
        <w:rPr>
          <w:rFonts w:ascii="Times New Roman" w:hAnsi="Times New Roman" w:cs="Times New Roman"/>
          <w:sz w:val="24"/>
          <w:szCs w:val="24"/>
        </w:rPr>
        <w:t>normativa</w:t>
      </w:r>
      <w:proofErr w:type="spellEnd"/>
      <w:r w:rsidRPr="00460739">
        <w:rPr>
          <w:rFonts w:ascii="Times New Roman" w:hAnsi="Times New Roman" w:cs="Times New Roman"/>
          <w:sz w:val="24"/>
          <w:szCs w:val="24"/>
        </w:rPr>
        <w:t xml:space="preserve"> </w:t>
      </w:r>
      <w:proofErr w:type="spellStart"/>
      <w:r w:rsidRPr="00460739">
        <w:rPr>
          <w:rFonts w:ascii="Times New Roman" w:hAnsi="Times New Roman" w:cs="Times New Roman"/>
          <w:sz w:val="24"/>
          <w:szCs w:val="24"/>
        </w:rPr>
        <w:t>vigente</w:t>
      </w:r>
      <w:proofErr w:type="spellEnd"/>
      <w:r w:rsidRPr="00460739">
        <w:rPr>
          <w:rFonts w:ascii="Times New Roman" w:hAnsi="Times New Roman" w:cs="Times New Roman"/>
          <w:sz w:val="24"/>
          <w:szCs w:val="24"/>
        </w:rPr>
        <w:t>.</w:t>
      </w:r>
    </w:p>
    <w:p w14:paraId="5AE7670C" w14:textId="77777777" w:rsidR="00460739" w:rsidRPr="00460739" w:rsidRDefault="00460739">
      <w:pPr>
        <w:rPr>
          <w:rFonts w:ascii="Times New Roman" w:hAnsi="Times New Roman" w:cs="Times New Roman"/>
          <w:sz w:val="24"/>
          <w:szCs w:val="24"/>
        </w:rPr>
      </w:pPr>
    </w:p>
    <w:p w14:paraId="167FF6A9" w14:textId="562AA7C8" w:rsidR="004F73A1" w:rsidRPr="00460739" w:rsidRDefault="003464D2" w:rsidP="00460739">
      <w:pPr>
        <w:rPr>
          <w:rFonts w:ascii="Times New Roman" w:hAnsi="Times New Roman" w:cs="Times New Roman"/>
          <w:sz w:val="24"/>
          <w:szCs w:val="24"/>
        </w:rPr>
      </w:pPr>
      <w:proofErr w:type="spellStart"/>
      <w:r w:rsidRPr="00460739">
        <w:rPr>
          <w:rFonts w:ascii="Times New Roman" w:hAnsi="Times New Roman" w:cs="Times New Roman"/>
          <w:sz w:val="24"/>
          <w:szCs w:val="24"/>
        </w:rPr>
        <w:t>Bariano</w:t>
      </w:r>
      <w:proofErr w:type="spellEnd"/>
      <w:r w:rsidRPr="00460739">
        <w:rPr>
          <w:rFonts w:ascii="Times New Roman" w:hAnsi="Times New Roman" w:cs="Times New Roman"/>
          <w:sz w:val="24"/>
          <w:szCs w:val="24"/>
        </w:rPr>
        <w:t>, ________________                 Firma del/</w:t>
      </w:r>
      <w:proofErr w:type="spellStart"/>
      <w:r w:rsidRPr="00460739">
        <w:rPr>
          <w:rFonts w:ascii="Times New Roman" w:hAnsi="Times New Roman" w:cs="Times New Roman"/>
          <w:sz w:val="24"/>
          <w:szCs w:val="24"/>
        </w:rPr>
        <w:t>della</w:t>
      </w:r>
      <w:proofErr w:type="spellEnd"/>
      <w:r w:rsidRPr="00460739">
        <w:rPr>
          <w:rFonts w:ascii="Times New Roman" w:hAnsi="Times New Roman" w:cs="Times New Roman"/>
          <w:sz w:val="24"/>
          <w:szCs w:val="24"/>
        </w:rPr>
        <w:t xml:space="preserve"> </w:t>
      </w:r>
      <w:proofErr w:type="spellStart"/>
      <w:r w:rsidRPr="00460739">
        <w:rPr>
          <w:rFonts w:ascii="Times New Roman" w:hAnsi="Times New Roman" w:cs="Times New Roman"/>
          <w:sz w:val="24"/>
          <w:szCs w:val="24"/>
        </w:rPr>
        <w:t>richiedente</w:t>
      </w:r>
      <w:proofErr w:type="spellEnd"/>
      <w:r w:rsidRPr="00460739">
        <w:rPr>
          <w:rFonts w:ascii="Times New Roman" w:hAnsi="Times New Roman" w:cs="Times New Roman"/>
          <w:sz w:val="24"/>
          <w:szCs w:val="24"/>
        </w:rPr>
        <w:t xml:space="preserve"> </w:t>
      </w:r>
      <w:r w:rsidR="00460739">
        <w:rPr>
          <w:rFonts w:ascii="Times New Roman" w:hAnsi="Times New Roman" w:cs="Times New Roman"/>
          <w:sz w:val="24"/>
          <w:szCs w:val="24"/>
        </w:rPr>
        <w:t>_______________________</w:t>
      </w:r>
    </w:p>
    <w:p w14:paraId="2CE23666" w14:textId="77777777" w:rsidR="00460739" w:rsidRDefault="00460739">
      <w:pPr>
        <w:rPr>
          <w:rFonts w:ascii="Times New Roman" w:hAnsi="Times New Roman" w:cs="Times New Roman"/>
          <w:b/>
          <w:sz w:val="24"/>
          <w:szCs w:val="24"/>
        </w:rPr>
      </w:pPr>
    </w:p>
    <w:p w14:paraId="462670B5" w14:textId="657B7386" w:rsidR="004F73A1" w:rsidRDefault="003464D2" w:rsidP="00182820">
      <w:pPr>
        <w:jc w:val="both"/>
        <w:rPr>
          <w:rFonts w:ascii="Times New Roman" w:hAnsi="Times New Roman" w:cs="Times New Roman"/>
          <w:b/>
          <w:sz w:val="24"/>
          <w:szCs w:val="24"/>
        </w:rPr>
      </w:pPr>
      <w:r w:rsidRPr="00460739">
        <w:rPr>
          <w:rFonts w:ascii="Times New Roman" w:hAnsi="Times New Roman" w:cs="Times New Roman"/>
          <w:b/>
          <w:sz w:val="24"/>
          <w:szCs w:val="24"/>
        </w:rPr>
        <w:t xml:space="preserve">La </w:t>
      </w:r>
      <w:proofErr w:type="spellStart"/>
      <w:r w:rsidRPr="00460739">
        <w:rPr>
          <w:rFonts w:ascii="Times New Roman" w:hAnsi="Times New Roman" w:cs="Times New Roman"/>
          <w:b/>
          <w:sz w:val="24"/>
          <w:szCs w:val="24"/>
        </w:rPr>
        <w:t>domanda</w:t>
      </w:r>
      <w:proofErr w:type="spellEnd"/>
      <w:r w:rsidRPr="00460739">
        <w:rPr>
          <w:rFonts w:ascii="Times New Roman" w:hAnsi="Times New Roman" w:cs="Times New Roman"/>
          <w:b/>
          <w:sz w:val="24"/>
          <w:szCs w:val="24"/>
        </w:rPr>
        <w:t xml:space="preserve"> </w:t>
      </w:r>
      <w:proofErr w:type="spellStart"/>
      <w:r w:rsidRPr="00460739">
        <w:rPr>
          <w:rFonts w:ascii="Times New Roman" w:hAnsi="Times New Roman" w:cs="Times New Roman"/>
          <w:b/>
          <w:sz w:val="24"/>
          <w:szCs w:val="24"/>
        </w:rPr>
        <w:t>deve</w:t>
      </w:r>
      <w:proofErr w:type="spellEnd"/>
      <w:r w:rsidRPr="00460739">
        <w:rPr>
          <w:rFonts w:ascii="Times New Roman" w:hAnsi="Times New Roman" w:cs="Times New Roman"/>
          <w:b/>
          <w:sz w:val="24"/>
          <w:szCs w:val="24"/>
        </w:rPr>
        <w:t xml:space="preserve"> </w:t>
      </w:r>
      <w:proofErr w:type="spellStart"/>
      <w:r w:rsidRPr="00460739">
        <w:rPr>
          <w:rFonts w:ascii="Times New Roman" w:hAnsi="Times New Roman" w:cs="Times New Roman"/>
          <w:b/>
          <w:sz w:val="24"/>
          <w:szCs w:val="24"/>
        </w:rPr>
        <w:t>pervenire</w:t>
      </w:r>
      <w:proofErr w:type="spellEnd"/>
      <w:r w:rsidRPr="00460739">
        <w:rPr>
          <w:rFonts w:ascii="Times New Roman" w:hAnsi="Times New Roman" w:cs="Times New Roman"/>
          <w:b/>
          <w:sz w:val="24"/>
          <w:szCs w:val="24"/>
        </w:rPr>
        <w:t xml:space="preserve"> </w:t>
      </w:r>
      <w:proofErr w:type="spellStart"/>
      <w:r w:rsidRPr="00460739">
        <w:rPr>
          <w:rFonts w:ascii="Times New Roman" w:hAnsi="Times New Roman" w:cs="Times New Roman"/>
          <w:b/>
          <w:sz w:val="24"/>
          <w:szCs w:val="24"/>
        </w:rPr>
        <w:t>all’Ufficio</w:t>
      </w:r>
      <w:proofErr w:type="spellEnd"/>
      <w:r w:rsidRPr="00460739">
        <w:rPr>
          <w:rFonts w:ascii="Times New Roman" w:hAnsi="Times New Roman" w:cs="Times New Roman"/>
          <w:b/>
          <w:sz w:val="24"/>
          <w:szCs w:val="24"/>
        </w:rPr>
        <w:t xml:space="preserve"> </w:t>
      </w:r>
      <w:proofErr w:type="spellStart"/>
      <w:r w:rsidRPr="00460739">
        <w:rPr>
          <w:rFonts w:ascii="Times New Roman" w:hAnsi="Times New Roman" w:cs="Times New Roman"/>
          <w:b/>
          <w:sz w:val="24"/>
          <w:szCs w:val="24"/>
        </w:rPr>
        <w:t>dell’Assistente</w:t>
      </w:r>
      <w:proofErr w:type="spellEnd"/>
      <w:r w:rsidRPr="00460739">
        <w:rPr>
          <w:rFonts w:ascii="Times New Roman" w:hAnsi="Times New Roman" w:cs="Times New Roman"/>
          <w:b/>
          <w:sz w:val="24"/>
          <w:szCs w:val="24"/>
        </w:rPr>
        <w:t xml:space="preserve"> </w:t>
      </w:r>
      <w:proofErr w:type="spellStart"/>
      <w:r w:rsidRPr="00460739">
        <w:rPr>
          <w:rFonts w:ascii="Times New Roman" w:hAnsi="Times New Roman" w:cs="Times New Roman"/>
          <w:b/>
          <w:sz w:val="24"/>
          <w:szCs w:val="24"/>
        </w:rPr>
        <w:t>Sociale</w:t>
      </w:r>
      <w:proofErr w:type="spellEnd"/>
      <w:r w:rsidRPr="00460739">
        <w:rPr>
          <w:rFonts w:ascii="Times New Roman" w:hAnsi="Times New Roman" w:cs="Times New Roman"/>
          <w:b/>
          <w:sz w:val="24"/>
          <w:szCs w:val="24"/>
        </w:rPr>
        <w:t xml:space="preserve">, </w:t>
      </w:r>
      <w:proofErr w:type="spellStart"/>
      <w:r w:rsidRPr="00460739">
        <w:rPr>
          <w:rFonts w:ascii="Times New Roman" w:hAnsi="Times New Roman" w:cs="Times New Roman"/>
          <w:b/>
          <w:sz w:val="24"/>
          <w:szCs w:val="24"/>
        </w:rPr>
        <w:t>previo</w:t>
      </w:r>
      <w:proofErr w:type="spellEnd"/>
      <w:r w:rsidRPr="00460739">
        <w:rPr>
          <w:rFonts w:ascii="Times New Roman" w:hAnsi="Times New Roman" w:cs="Times New Roman"/>
          <w:b/>
          <w:sz w:val="24"/>
          <w:szCs w:val="24"/>
        </w:rPr>
        <w:t xml:space="preserve"> </w:t>
      </w:r>
      <w:proofErr w:type="spellStart"/>
      <w:r w:rsidRPr="00460739">
        <w:rPr>
          <w:rFonts w:ascii="Times New Roman" w:hAnsi="Times New Roman" w:cs="Times New Roman"/>
          <w:b/>
          <w:sz w:val="24"/>
          <w:szCs w:val="24"/>
        </w:rPr>
        <w:t>appuntamento</w:t>
      </w:r>
      <w:proofErr w:type="spellEnd"/>
      <w:r w:rsidRPr="00460739">
        <w:rPr>
          <w:rFonts w:ascii="Times New Roman" w:hAnsi="Times New Roman" w:cs="Times New Roman"/>
          <w:b/>
          <w:sz w:val="24"/>
          <w:szCs w:val="24"/>
        </w:rPr>
        <w:t>,</w:t>
      </w:r>
      <w:r>
        <w:rPr>
          <w:rFonts w:ascii="Times New Roman" w:hAnsi="Times New Roman" w:cs="Times New Roman"/>
          <w:b/>
          <w:sz w:val="24"/>
          <w:szCs w:val="24"/>
        </w:rPr>
        <w:t xml:space="preserve"> o </w:t>
      </w:r>
      <w:proofErr w:type="spellStart"/>
      <w:r>
        <w:rPr>
          <w:rFonts w:ascii="Times New Roman" w:hAnsi="Times New Roman" w:cs="Times New Roman"/>
          <w:b/>
          <w:sz w:val="24"/>
          <w:szCs w:val="24"/>
        </w:rPr>
        <w:t>inviata</w:t>
      </w:r>
      <w:proofErr w:type="spellEnd"/>
      <w:r>
        <w:rPr>
          <w:rFonts w:ascii="Times New Roman" w:hAnsi="Times New Roman" w:cs="Times New Roman"/>
          <w:b/>
          <w:sz w:val="24"/>
          <w:szCs w:val="24"/>
        </w:rPr>
        <w:t xml:space="preserve"> via mail (protocollo.bariano@comune.bariano.bg.it)</w:t>
      </w:r>
      <w:r w:rsidRPr="00460739">
        <w:rPr>
          <w:rFonts w:ascii="Times New Roman" w:hAnsi="Times New Roman" w:cs="Times New Roman"/>
          <w:b/>
          <w:sz w:val="24"/>
          <w:szCs w:val="24"/>
        </w:rPr>
        <w:t xml:space="preserve"> </w:t>
      </w:r>
      <w:proofErr w:type="spellStart"/>
      <w:r w:rsidRPr="00460739">
        <w:rPr>
          <w:rFonts w:ascii="Times New Roman" w:hAnsi="Times New Roman" w:cs="Times New Roman"/>
          <w:b/>
          <w:sz w:val="24"/>
          <w:szCs w:val="24"/>
        </w:rPr>
        <w:t>entro</w:t>
      </w:r>
      <w:proofErr w:type="spellEnd"/>
      <w:r w:rsidRPr="00460739">
        <w:rPr>
          <w:rFonts w:ascii="Times New Roman" w:hAnsi="Times New Roman" w:cs="Times New Roman"/>
          <w:b/>
          <w:sz w:val="24"/>
          <w:szCs w:val="24"/>
        </w:rPr>
        <w:t xml:space="preserve"> e non </w:t>
      </w:r>
      <w:proofErr w:type="spellStart"/>
      <w:r w:rsidRPr="00460739">
        <w:rPr>
          <w:rFonts w:ascii="Times New Roman" w:hAnsi="Times New Roman" w:cs="Times New Roman"/>
          <w:b/>
          <w:sz w:val="24"/>
          <w:szCs w:val="24"/>
        </w:rPr>
        <w:t>oltre</w:t>
      </w:r>
      <w:proofErr w:type="spellEnd"/>
      <w:r w:rsidRPr="00460739">
        <w:rPr>
          <w:rFonts w:ascii="Times New Roman" w:hAnsi="Times New Roman" w:cs="Times New Roman"/>
          <w:b/>
          <w:sz w:val="24"/>
          <w:szCs w:val="24"/>
        </w:rPr>
        <w:t xml:space="preserve"> </w:t>
      </w:r>
      <w:proofErr w:type="spellStart"/>
      <w:proofErr w:type="gramStart"/>
      <w:r w:rsidRPr="00460739">
        <w:rPr>
          <w:rFonts w:ascii="Times New Roman" w:hAnsi="Times New Roman" w:cs="Times New Roman"/>
          <w:b/>
          <w:sz w:val="24"/>
          <w:szCs w:val="24"/>
        </w:rPr>
        <w:t>il</w:t>
      </w:r>
      <w:proofErr w:type="spellEnd"/>
      <w:proofErr w:type="gramEnd"/>
      <w:r w:rsidRPr="00460739">
        <w:rPr>
          <w:rFonts w:ascii="Times New Roman" w:hAnsi="Times New Roman" w:cs="Times New Roman"/>
          <w:b/>
          <w:sz w:val="24"/>
          <w:szCs w:val="24"/>
        </w:rPr>
        <w:t xml:space="preserve"> 15 </w:t>
      </w:r>
      <w:proofErr w:type="spellStart"/>
      <w:r w:rsidRPr="00460739">
        <w:rPr>
          <w:rFonts w:ascii="Times New Roman" w:hAnsi="Times New Roman" w:cs="Times New Roman"/>
          <w:b/>
          <w:sz w:val="24"/>
          <w:szCs w:val="24"/>
        </w:rPr>
        <w:t>novembre</w:t>
      </w:r>
      <w:proofErr w:type="spellEnd"/>
      <w:r w:rsidRPr="00460739">
        <w:rPr>
          <w:rFonts w:ascii="Times New Roman" w:hAnsi="Times New Roman" w:cs="Times New Roman"/>
          <w:b/>
          <w:sz w:val="24"/>
          <w:szCs w:val="24"/>
        </w:rPr>
        <w:t xml:space="preserve"> 2026.</w:t>
      </w:r>
    </w:p>
    <w:p w14:paraId="4C0BB9F0" w14:textId="78E9195B" w:rsidR="00182820" w:rsidRDefault="00182820">
      <w:pPr>
        <w:rPr>
          <w:rFonts w:ascii="Times New Roman" w:hAnsi="Times New Roman" w:cs="Times New Roman"/>
          <w:b/>
          <w:sz w:val="24"/>
          <w:szCs w:val="24"/>
        </w:rPr>
      </w:pPr>
    </w:p>
    <w:p w14:paraId="217EAADA" w14:textId="136D2B2A" w:rsidR="00182820" w:rsidRDefault="00182820">
      <w:pPr>
        <w:rPr>
          <w:rFonts w:ascii="Times New Roman" w:hAnsi="Times New Roman" w:cs="Times New Roman"/>
          <w:b/>
          <w:sz w:val="24"/>
          <w:szCs w:val="24"/>
        </w:rPr>
      </w:pPr>
    </w:p>
    <w:p w14:paraId="5E1DA60D" w14:textId="3278189D" w:rsidR="00182820" w:rsidRDefault="00182820">
      <w:pPr>
        <w:rPr>
          <w:rFonts w:ascii="Times New Roman" w:hAnsi="Times New Roman" w:cs="Times New Roman"/>
          <w:b/>
          <w:sz w:val="24"/>
          <w:szCs w:val="24"/>
        </w:rPr>
      </w:pPr>
    </w:p>
    <w:p w14:paraId="44551B59" w14:textId="1006F6C8" w:rsidR="00182820" w:rsidRDefault="00182820">
      <w:pPr>
        <w:rPr>
          <w:rFonts w:ascii="Times New Roman" w:hAnsi="Times New Roman" w:cs="Times New Roman"/>
          <w:b/>
          <w:sz w:val="24"/>
          <w:szCs w:val="24"/>
        </w:rPr>
      </w:pPr>
    </w:p>
    <w:p w14:paraId="76361B23" w14:textId="14BC0EAB" w:rsidR="00182820" w:rsidRDefault="00182820">
      <w:pPr>
        <w:rPr>
          <w:rFonts w:ascii="Times New Roman" w:hAnsi="Times New Roman" w:cs="Times New Roman"/>
          <w:b/>
          <w:sz w:val="24"/>
          <w:szCs w:val="24"/>
        </w:rPr>
      </w:pPr>
    </w:p>
    <w:p w14:paraId="0D8B80D4" w14:textId="3BD9FC2A" w:rsidR="00182820" w:rsidRDefault="00182820">
      <w:pPr>
        <w:rPr>
          <w:rFonts w:ascii="Times New Roman" w:hAnsi="Times New Roman" w:cs="Times New Roman"/>
          <w:b/>
          <w:sz w:val="24"/>
          <w:szCs w:val="24"/>
        </w:rPr>
      </w:pPr>
    </w:p>
    <w:p w14:paraId="34ABA51C" w14:textId="37E9F272" w:rsidR="00182820" w:rsidRDefault="00182820">
      <w:pPr>
        <w:rPr>
          <w:rFonts w:ascii="Times New Roman" w:hAnsi="Times New Roman" w:cs="Times New Roman"/>
          <w:b/>
          <w:sz w:val="24"/>
          <w:szCs w:val="24"/>
        </w:rPr>
      </w:pPr>
    </w:p>
    <w:p w14:paraId="10E097A9" w14:textId="77777777" w:rsidR="00182820" w:rsidRPr="00182820" w:rsidRDefault="00182820" w:rsidP="00182820">
      <w:pPr>
        <w:suppressAutoHyphens/>
        <w:autoSpaceDN w:val="0"/>
        <w:spacing w:after="0" w:line="240" w:lineRule="auto"/>
        <w:jc w:val="center"/>
        <w:rPr>
          <w:rFonts w:ascii="Times New Roman" w:eastAsia="Times New Roman" w:hAnsi="Times New Roman" w:cs="Times New Roman"/>
          <w:b/>
          <w:sz w:val="22"/>
          <w:lang w:val="it-IT" w:eastAsia="it-IT"/>
        </w:rPr>
      </w:pPr>
      <w:r w:rsidRPr="00182820">
        <w:rPr>
          <w:rFonts w:ascii="Times New Roman" w:eastAsia="Times New Roman" w:hAnsi="Times New Roman" w:cs="Times New Roman"/>
          <w:b/>
          <w:sz w:val="24"/>
          <w:szCs w:val="24"/>
          <w:lang w:val="it-IT" w:eastAsia="it-IT"/>
        </w:rPr>
        <w:lastRenderedPageBreak/>
        <w:t xml:space="preserve">Informativa sul diritto alla protezione dei dati personali ai sensi del Regolamento UE 2016/679 </w:t>
      </w:r>
      <w:r w:rsidRPr="00182820">
        <w:rPr>
          <w:rFonts w:ascii="Times New Roman" w:eastAsia="Times New Roman" w:hAnsi="Times New Roman" w:cs="Times New Roman"/>
          <w:b/>
          <w:sz w:val="24"/>
          <w:szCs w:val="24"/>
          <w:lang w:val="it-IT" w:eastAsia="it-IT"/>
        </w:rPr>
        <w:br/>
      </w:r>
    </w:p>
    <w:p w14:paraId="1326F38E" w14:textId="77777777" w:rsidR="00182820" w:rsidRPr="00182820" w:rsidRDefault="00182820" w:rsidP="00182820">
      <w:pPr>
        <w:suppressAutoHyphens/>
        <w:autoSpaceDN w:val="0"/>
        <w:spacing w:after="0" w:line="240" w:lineRule="auto"/>
        <w:rPr>
          <w:rFonts w:ascii="Times New Roman" w:eastAsia="Times New Roman" w:hAnsi="Times New Roman" w:cs="Times New Roman"/>
          <w:sz w:val="24"/>
          <w:szCs w:val="24"/>
          <w:lang w:val="it-IT" w:eastAsia="it-IT"/>
        </w:rPr>
      </w:pPr>
    </w:p>
    <w:p w14:paraId="585A5B29" w14:textId="77777777" w:rsidR="00182820" w:rsidRPr="00182820" w:rsidRDefault="00182820" w:rsidP="00182820">
      <w:pPr>
        <w:suppressAutoHyphens/>
        <w:autoSpaceDN w:val="0"/>
        <w:spacing w:after="0" w:line="240" w:lineRule="auto"/>
        <w:jc w:val="both"/>
        <w:rPr>
          <w:rFonts w:ascii="Times New Roman" w:eastAsia="Times New Roman" w:hAnsi="Times New Roman" w:cs="Times New Roman"/>
          <w:sz w:val="24"/>
          <w:szCs w:val="24"/>
          <w:lang w:val="it-IT" w:eastAsia="it-IT"/>
        </w:rPr>
      </w:pPr>
      <w:r w:rsidRPr="00182820">
        <w:rPr>
          <w:rFonts w:ascii="Times New Roman" w:eastAsia="Times New Roman" w:hAnsi="Times New Roman" w:cs="Times New Roman"/>
          <w:sz w:val="24"/>
          <w:szCs w:val="24"/>
          <w:lang w:val="it-IT" w:eastAsia="it-IT"/>
        </w:rPr>
        <w:t xml:space="preserve">Gentile Cittadino </w:t>
      </w:r>
    </w:p>
    <w:p w14:paraId="1D68262A" w14:textId="77777777" w:rsidR="00182820" w:rsidRPr="00182820" w:rsidRDefault="00182820" w:rsidP="00182820">
      <w:pPr>
        <w:suppressAutoHyphens/>
        <w:autoSpaceDN w:val="0"/>
        <w:spacing w:after="0" w:line="240" w:lineRule="auto"/>
        <w:jc w:val="both"/>
        <w:rPr>
          <w:rFonts w:ascii="Times New Roman" w:eastAsia="Times New Roman" w:hAnsi="Times New Roman" w:cs="Times New Roman"/>
          <w:sz w:val="24"/>
          <w:szCs w:val="24"/>
          <w:lang w:val="it-IT" w:eastAsia="it-IT"/>
        </w:rPr>
      </w:pPr>
      <w:r w:rsidRPr="00182820">
        <w:rPr>
          <w:rFonts w:ascii="Times New Roman" w:eastAsia="Times New Roman" w:hAnsi="Times New Roman" w:cs="Times New Roman"/>
          <w:sz w:val="24"/>
          <w:szCs w:val="24"/>
          <w:lang w:val="it-IT" w:eastAsia="it-IT"/>
        </w:rPr>
        <w:t xml:space="preserve">La informiamo che i Suoi dati personali forniti saranno trattati nel rispetto dei principi di correttezza, liceità e trasparenza e di tutela della riservatezza, ai sensi dell'articolo 13 del Regolamento generale per la protezione dei dati personali, approvato dal Consiglio Europeo con il numero 679/2016. </w:t>
      </w:r>
    </w:p>
    <w:p w14:paraId="3F8CCCCF" w14:textId="77777777" w:rsidR="00182820" w:rsidRPr="00182820" w:rsidRDefault="00182820" w:rsidP="00182820">
      <w:pPr>
        <w:suppressAutoHyphens/>
        <w:autoSpaceDN w:val="0"/>
        <w:spacing w:after="0" w:line="240" w:lineRule="auto"/>
        <w:jc w:val="both"/>
        <w:rPr>
          <w:rFonts w:ascii="Times New Roman" w:eastAsia="Times New Roman" w:hAnsi="Times New Roman" w:cs="Times New Roman"/>
          <w:sz w:val="24"/>
          <w:szCs w:val="24"/>
          <w:lang w:val="it-IT" w:eastAsia="it-IT"/>
        </w:rPr>
      </w:pPr>
    </w:p>
    <w:p w14:paraId="1799F9D8" w14:textId="77777777" w:rsidR="00182820" w:rsidRPr="00182820" w:rsidRDefault="00182820" w:rsidP="00182820">
      <w:pPr>
        <w:suppressAutoHyphens/>
        <w:autoSpaceDN w:val="0"/>
        <w:spacing w:after="0" w:line="240" w:lineRule="auto"/>
        <w:jc w:val="both"/>
        <w:rPr>
          <w:rFonts w:ascii="Times New Roman" w:eastAsia="Times New Roman" w:hAnsi="Times New Roman" w:cs="Times New Roman"/>
          <w:sz w:val="24"/>
          <w:szCs w:val="24"/>
          <w:lang w:val="it-IT" w:eastAsia="it-IT"/>
        </w:rPr>
      </w:pPr>
      <w:r w:rsidRPr="00182820">
        <w:rPr>
          <w:rFonts w:ascii="Times New Roman" w:eastAsia="Times New Roman" w:hAnsi="Times New Roman" w:cs="Times New Roman"/>
          <w:sz w:val="24"/>
          <w:szCs w:val="24"/>
          <w:lang w:val="it-IT" w:eastAsia="it-IT"/>
        </w:rPr>
        <w:t>FINALITA’ E BASE GIURIDICA DEL TRATTAMENTO</w:t>
      </w:r>
    </w:p>
    <w:p w14:paraId="09128261" w14:textId="77777777" w:rsidR="00182820" w:rsidRPr="00182820" w:rsidRDefault="00182820" w:rsidP="00182820">
      <w:pPr>
        <w:autoSpaceDE w:val="0"/>
        <w:autoSpaceDN w:val="0"/>
        <w:adjustRightInd w:val="0"/>
        <w:spacing w:after="0" w:line="240" w:lineRule="auto"/>
        <w:jc w:val="both"/>
        <w:rPr>
          <w:rFonts w:ascii="Times New Roman" w:eastAsia="Times New Roman" w:hAnsi="Times New Roman" w:cs="Times New Roman"/>
          <w:color w:val="000000"/>
          <w:sz w:val="22"/>
          <w:lang w:val="it-IT"/>
        </w:rPr>
      </w:pPr>
      <w:r w:rsidRPr="00182820">
        <w:rPr>
          <w:rFonts w:ascii="Times New Roman" w:eastAsia="Times New Roman" w:hAnsi="Times New Roman" w:cs="Times New Roman"/>
          <w:color w:val="000000"/>
          <w:sz w:val="24"/>
          <w:szCs w:val="24"/>
          <w:lang w:val="it-IT"/>
        </w:rPr>
        <w:t>I dati acquisiti verranno trattati ai fini della procedura e per le finalità connesse all’erogazione di contributi economici finalizzati al parziale rimborso delle spese sostenute per le utenze domestiche di gas, energia elettrica e acqua relative all’abitazione principale.</w:t>
      </w:r>
    </w:p>
    <w:p w14:paraId="26206B7A" w14:textId="77777777" w:rsidR="00182820" w:rsidRPr="00182820" w:rsidRDefault="00182820" w:rsidP="00182820">
      <w:pPr>
        <w:suppressAutoHyphens/>
        <w:autoSpaceDN w:val="0"/>
        <w:spacing w:after="0" w:line="240" w:lineRule="auto"/>
        <w:jc w:val="both"/>
        <w:rPr>
          <w:rFonts w:ascii="Times New Roman" w:eastAsia="Times New Roman" w:hAnsi="Times New Roman" w:cs="Times New Roman"/>
          <w:sz w:val="24"/>
          <w:szCs w:val="24"/>
          <w:lang w:val="it-IT" w:eastAsia="it-IT"/>
        </w:rPr>
      </w:pPr>
      <w:r w:rsidRPr="00182820">
        <w:rPr>
          <w:rFonts w:ascii="Times New Roman" w:eastAsia="Times New Roman" w:hAnsi="Times New Roman" w:cs="Times New Roman"/>
          <w:sz w:val="24"/>
          <w:szCs w:val="24"/>
          <w:lang w:val="it-IT" w:eastAsia="it-IT"/>
        </w:rPr>
        <w:t>Fermo restando che la comunicazione di dati non veritieri determina l’irrogazione di sanzioni amministrative, fatta salva l’eventuale rilevanza penale della relativa condotta, ai sensi dell’articolo 76 del D.P.R 28 dicembre 2000 n. 445, la comunicazione dei Vostri dati personali è necessaria ai fini della valutazione dei requisiti necessari per accedere al bando, pena l’esclusione dallo stesso.</w:t>
      </w:r>
    </w:p>
    <w:p w14:paraId="44C7EF8D" w14:textId="77777777" w:rsidR="00182820" w:rsidRPr="00182820" w:rsidRDefault="00182820" w:rsidP="00182820">
      <w:pPr>
        <w:suppressAutoHyphens/>
        <w:autoSpaceDN w:val="0"/>
        <w:spacing w:after="0" w:line="240" w:lineRule="auto"/>
        <w:jc w:val="both"/>
        <w:rPr>
          <w:rFonts w:ascii="Times New Roman" w:eastAsia="Times New Roman" w:hAnsi="Times New Roman" w:cs="Times New Roman"/>
          <w:sz w:val="24"/>
          <w:szCs w:val="24"/>
          <w:lang w:val="it-IT" w:eastAsia="it-IT"/>
        </w:rPr>
      </w:pPr>
      <w:r w:rsidRPr="00182820">
        <w:rPr>
          <w:rFonts w:ascii="Times New Roman" w:eastAsia="Times New Roman" w:hAnsi="Times New Roman" w:cs="Times New Roman"/>
          <w:sz w:val="24"/>
          <w:szCs w:val="24"/>
          <w:lang w:val="it-IT" w:eastAsia="it-IT"/>
        </w:rPr>
        <w:t>Vi informiamo che, ove necessario per il perseguimento delle finalità e dell’adempimento degli obblighi specificati, il Comune di Bariano potrà raccogliere presso altre pubbliche amministrazioni o enti pubblici e privati altre categorie di Vostri dati personali.  Il conferimento dei dati è obbligatorio per la partecipazione e l’eventuale rifiuto a</w:t>
      </w:r>
      <w:r w:rsidRPr="00182820">
        <w:rPr>
          <w:rFonts w:ascii="Times New Roman" w:eastAsia="Times New Roman" w:hAnsi="Times New Roman" w:cs="Times New Roman"/>
          <w:sz w:val="27"/>
          <w:szCs w:val="27"/>
          <w:lang w:val="it-IT" w:eastAsia="it-IT"/>
        </w:rPr>
        <w:t xml:space="preserve"> </w:t>
      </w:r>
      <w:r w:rsidRPr="00182820">
        <w:rPr>
          <w:rFonts w:ascii="Times New Roman" w:eastAsia="Times New Roman" w:hAnsi="Times New Roman" w:cs="Times New Roman"/>
          <w:sz w:val="24"/>
          <w:szCs w:val="24"/>
          <w:lang w:val="it-IT" w:eastAsia="it-IT"/>
        </w:rPr>
        <w:t>fornire tali dati potrebbe comportare l’impossibilità di procedere all’erogazione del servizio.</w:t>
      </w:r>
    </w:p>
    <w:p w14:paraId="453DD1F5" w14:textId="77777777" w:rsidR="00182820" w:rsidRPr="00182820" w:rsidRDefault="00182820" w:rsidP="00182820">
      <w:pPr>
        <w:suppressAutoHyphens/>
        <w:autoSpaceDN w:val="0"/>
        <w:spacing w:after="0" w:line="240" w:lineRule="auto"/>
        <w:jc w:val="both"/>
        <w:rPr>
          <w:rFonts w:ascii="Times New Roman" w:eastAsia="Times New Roman" w:hAnsi="Times New Roman" w:cs="Times New Roman"/>
          <w:sz w:val="24"/>
          <w:szCs w:val="24"/>
          <w:lang w:val="it-IT" w:eastAsia="it-IT"/>
        </w:rPr>
      </w:pPr>
    </w:p>
    <w:p w14:paraId="6FAC86C2" w14:textId="77777777" w:rsidR="00182820" w:rsidRPr="00182820" w:rsidRDefault="00182820" w:rsidP="00182820">
      <w:pPr>
        <w:suppressAutoHyphens/>
        <w:autoSpaceDN w:val="0"/>
        <w:spacing w:after="0" w:line="240" w:lineRule="auto"/>
        <w:jc w:val="both"/>
        <w:rPr>
          <w:rFonts w:ascii="Times New Roman" w:eastAsia="Times New Roman" w:hAnsi="Times New Roman" w:cs="Times New Roman"/>
          <w:sz w:val="24"/>
          <w:szCs w:val="24"/>
          <w:lang w:val="it-IT" w:eastAsia="it-IT"/>
        </w:rPr>
      </w:pPr>
      <w:r w:rsidRPr="00182820">
        <w:rPr>
          <w:rFonts w:ascii="Times New Roman" w:eastAsia="Times New Roman" w:hAnsi="Times New Roman" w:cs="Times New Roman"/>
          <w:sz w:val="24"/>
          <w:szCs w:val="24"/>
          <w:lang w:val="it-IT" w:eastAsia="it-IT"/>
        </w:rPr>
        <w:t>TITOLARI E RESPONSABILI DEL TRATTAMENTO</w:t>
      </w:r>
    </w:p>
    <w:p w14:paraId="48BAA9C0" w14:textId="77777777" w:rsidR="00182820" w:rsidRPr="00182820" w:rsidRDefault="00182820" w:rsidP="00182820">
      <w:pPr>
        <w:suppressAutoHyphens/>
        <w:autoSpaceDN w:val="0"/>
        <w:spacing w:after="0" w:line="240" w:lineRule="auto"/>
        <w:jc w:val="both"/>
        <w:rPr>
          <w:rFonts w:ascii="Times New Roman" w:eastAsia="Times New Roman" w:hAnsi="Times New Roman" w:cs="Times New Roman"/>
          <w:color w:val="0000FF"/>
          <w:sz w:val="24"/>
          <w:szCs w:val="24"/>
          <w:lang w:val="it-IT" w:eastAsia="it-IT"/>
        </w:rPr>
      </w:pPr>
      <w:r w:rsidRPr="00182820">
        <w:rPr>
          <w:rFonts w:ascii="Times New Roman" w:eastAsia="Times New Roman" w:hAnsi="Times New Roman" w:cs="Times New Roman"/>
          <w:sz w:val="24"/>
          <w:szCs w:val="24"/>
          <w:lang w:val="it-IT" w:eastAsia="it-IT"/>
        </w:rPr>
        <w:t xml:space="preserve">Il titolare del trattamento dei dati è il Comune di Bariano, nella persona del Sindaco Rota Andrea domiciliato per la carica in Via Locatelli n. 4 - Bariano, il cui indirizzo di posta elettronica è: </w:t>
      </w:r>
      <w:hyperlink r:id="rId6" w:history="1">
        <w:r w:rsidRPr="00182820">
          <w:rPr>
            <w:rFonts w:ascii="Times New Roman" w:eastAsia="Times New Roman" w:hAnsi="Times New Roman" w:cs="Times New Roman"/>
            <w:color w:val="0000FF"/>
            <w:sz w:val="24"/>
            <w:szCs w:val="24"/>
            <w:u w:val="single"/>
            <w:lang w:val="it-IT" w:eastAsia="it-IT"/>
          </w:rPr>
          <w:t>comune.bariano@legalmail.it</w:t>
        </w:r>
      </w:hyperlink>
      <w:r w:rsidRPr="00182820">
        <w:rPr>
          <w:rFonts w:ascii="Times New Roman" w:eastAsia="Times New Roman" w:hAnsi="Times New Roman" w:cs="Times New Roman"/>
          <w:color w:val="0000FF"/>
          <w:sz w:val="24"/>
          <w:szCs w:val="24"/>
          <w:lang w:val="it-IT" w:eastAsia="it-IT"/>
        </w:rPr>
        <w:t xml:space="preserve"> .</w:t>
      </w:r>
    </w:p>
    <w:p w14:paraId="3C0F0C88" w14:textId="77777777" w:rsidR="00182820" w:rsidRPr="00182820" w:rsidRDefault="00182820" w:rsidP="00182820">
      <w:pPr>
        <w:suppressAutoHyphens/>
        <w:autoSpaceDN w:val="0"/>
        <w:spacing w:after="0" w:line="240" w:lineRule="auto"/>
        <w:jc w:val="both"/>
        <w:rPr>
          <w:rFonts w:ascii="Times New Roman" w:eastAsia="Times New Roman" w:hAnsi="Times New Roman" w:cs="Times New Roman"/>
          <w:sz w:val="24"/>
          <w:szCs w:val="24"/>
          <w:lang w:val="it-IT" w:eastAsia="it-IT"/>
        </w:rPr>
      </w:pPr>
    </w:p>
    <w:p w14:paraId="286098D2" w14:textId="77777777" w:rsidR="00182820" w:rsidRPr="00182820" w:rsidRDefault="00182820" w:rsidP="00182820">
      <w:pPr>
        <w:suppressAutoHyphens/>
        <w:autoSpaceDN w:val="0"/>
        <w:spacing w:after="0" w:line="240" w:lineRule="auto"/>
        <w:jc w:val="both"/>
        <w:rPr>
          <w:rFonts w:ascii="Times New Roman" w:eastAsia="Times New Roman" w:hAnsi="Times New Roman" w:cs="Times New Roman"/>
          <w:sz w:val="24"/>
          <w:szCs w:val="24"/>
          <w:lang w:val="it-IT" w:eastAsia="it-IT"/>
        </w:rPr>
      </w:pPr>
      <w:r w:rsidRPr="00182820">
        <w:rPr>
          <w:rFonts w:ascii="Times New Roman" w:eastAsia="Times New Roman" w:hAnsi="Times New Roman" w:cs="Times New Roman"/>
          <w:sz w:val="24"/>
          <w:szCs w:val="24"/>
          <w:lang w:val="it-IT" w:eastAsia="it-IT"/>
        </w:rPr>
        <w:t>DESTINATARI DEI DATI</w:t>
      </w:r>
    </w:p>
    <w:p w14:paraId="1CD37AD8" w14:textId="77777777" w:rsidR="00182820" w:rsidRPr="00182820" w:rsidRDefault="00182820" w:rsidP="00182820">
      <w:pPr>
        <w:suppressAutoHyphens/>
        <w:autoSpaceDN w:val="0"/>
        <w:spacing w:after="0" w:line="240" w:lineRule="auto"/>
        <w:jc w:val="both"/>
        <w:rPr>
          <w:rFonts w:ascii="Times New Roman" w:eastAsia="Times New Roman" w:hAnsi="Times New Roman" w:cs="Times New Roman"/>
          <w:sz w:val="24"/>
          <w:szCs w:val="24"/>
          <w:lang w:val="it-IT" w:eastAsia="it-IT"/>
        </w:rPr>
      </w:pPr>
      <w:r w:rsidRPr="00182820">
        <w:rPr>
          <w:rFonts w:ascii="Times New Roman" w:eastAsia="Times New Roman" w:hAnsi="Times New Roman" w:cs="Times New Roman"/>
          <w:sz w:val="24"/>
          <w:szCs w:val="24"/>
          <w:lang w:val="it-IT" w:eastAsia="it-IT"/>
        </w:rPr>
        <w:t xml:space="preserve">I dati acquisiti saranno trattati esclusivamente dagli uffici del Comune di Bariano –Responsabile dott. </w:t>
      </w:r>
      <w:proofErr w:type="spellStart"/>
      <w:r w:rsidRPr="00182820">
        <w:rPr>
          <w:rFonts w:ascii="Times New Roman" w:eastAsia="Times New Roman" w:hAnsi="Times New Roman" w:cs="Times New Roman"/>
          <w:sz w:val="24"/>
          <w:szCs w:val="24"/>
          <w:lang w:val="it-IT" w:eastAsia="it-IT"/>
        </w:rPr>
        <w:t>Mulazzani</w:t>
      </w:r>
      <w:proofErr w:type="spellEnd"/>
      <w:r w:rsidRPr="00182820">
        <w:rPr>
          <w:rFonts w:ascii="Times New Roman" w:eastAsia="Times New Roman" w:hAnsi="Times New Roman" w:cs="Times New Roman"/>
          <w:sz w:val="24"/>
          <w:szCs w:val="24"/>
          <w:lang w:val="it-IT" w:eastAsia="it-IT"/>
        </w:rPr>
        <w:t xml:space="preserve"> Gian Mario, il cui indirizzo di posta elettronica è: </w:t>
      </w:r>
      <w:r w:rsidRPr="00182820">
        <w:rPr>
          <w:rFonts w:ascii="Times New Roman" w:eastAsia="Times New Roman" w:hAnsi="Times New Roman" w:cs="Times New Roman"/>
          <w:color w:val="0000FF"/>
          <w:sz w:val="24"/>
          <w:szCs w:val="24"/>
          <w:u w:val="single"/>
          <w:lang w:val="it-IT" w:eastAsia="it-IT"/>
        </w:rPr>
        <w:t>protocollo.bariano@comune.bariano.bg.it</w:t>
      </w:r>
      <w:r w:rsidRPr="00182820">
        <w:rPr>
          <w:rFonts w:ascii="Times New Roman" w:eastAsia="Times New Roman" w:hAnsi="Times New Roman" w:cs="Times New Roman"/>
          <w:sz w:val="24"/>
          <w:szCs w:val="24"/>
          <w:lang w:val="it-IT" w:eastAsia="it-IT"/>
        </w:rPr>
        <w:t xml:space="preserve">    per le finalità richieste dalle norme vigenti.</w:t>
      </w:r>
    </w:p>
    <w:p w14:paraId="781C800A" w14:textId="77777777" w:rsidR="00182820" w:rsidRPr="00182820" w:rsidRDefault="00182820" w:rsidP="00182820">
      <w:pPr>
        <w:suppressAutoHyphens/>
        <w:autoSpaceDN w:val="0"/>
        <w:spacing w:after="0" w:line="240" w:lineRule="auto"/>
        <w:jc w:val="both"/>
        <w:rPr>
          <w:rFonts w:ascii="Times New Roman" w:eastAsia="Times New Roman" w:hAnsi="Times New Roman" w:cs="Times New Roman"/>
          <w:sz w:val="24"/>
          <w:szCs w:val="24"/>
          <w:lang w:val="it-IT" w:eastAsia="it-IT"/>
        </w:rPr>
      </w:pPr>
    </w:p>
    <w:p w14:paraId="7868FC16" w14:textId="77777777" w:rsidR="00182820" w:rsidRPr="00182820" w:rsidRDefault="00182820" w:rsidP="00182820">
      <w:pPr>
        <w:suppressAutoHyphens/>
        <w:autoSpaceDN w:val="0"/>
        <w:spacing w:after="0" w:line="240" w:lineRule="auto"/>
        <w:jc w:val="both"/>
        <w:rPr>
          <w:rFonts w:ascii="Times New Roman" w:eastAsia="Times New Roman" w:hAnsi="Times New Roman" w:cs="Times New Roman"/>
          <w:sz w:val="24"/>
          <w:szCs w:val="24"/>
          <w:lang w:val="it-IT" w:eastAsia="it-IT"/>
        </w:rPr>
      </w:pPr>
      <w:r w:rsidRPr="00182820">
        <w:rPr>
          <w:rFonts w:ascii="Times New Roman" w:eastAsia="Times New Roman" w:hAnsi="Times New Roman" w:cs="Times New Roman"/>
          <w:sz w:val="24"/>
          <w:szCs w:val="24"/>
          <w:lang w:val="it-IT" w:eastAsia="it-IT"/>
        </w:rPr>
        <w:t>DIRITTI DELL’INTERESSATO</w:t>
      </w:r>
    </w:p>
    <w:p w14:paraId="6E9BCCF4" w14:textId="77777777" w:rsidR="00182820" w:rsidRPr="00182820" w:rsidRDefault="00182820" w:rsidP="00182820">
      <w:pPr>
        <w:suppressAutoHyphens/>
        <w:autoSpaceDN w:val="0"/>
        <w:spacing w:after="0" w:line="240" w:lineRule="auto"/>
        <w:jc w:val="both"/>
        <w:rPr>
          <w:rFonts w:ascii="Times New Roman" w:eastAsia="Times New Roman" w:hAnsi="Times New Roman" w:cs="Times New Roman"/>
          <w:sz w:val="24"/>
          <w:szCs w:val="24"/>
          <w:lang w:val="it-IT" w:eastAsia="it-IT"/>
        </w:rPr>
      </w:pPr>
      <w:r w:rsidRPr="00182820">
        <w:rPr>
          <w:rFonts w:ascii="Times New Roman" w:eastAsia="Times New Roman" w:hAnsi="Times New Roman" w:cs="Times New Roman"/>
          <w:sz w:val="24"/>
          <w:szCs w:val="24"/>
          <w:lang w:val="it-IT" w:eastAsia="it-IT"/>
        </w:rPr>
        <w:t xml:space="preserve">L’interessato potrà chiedere al Titolare del trattamento, l'accesso ai dati personali o l’eventuale rettifica o aggiornamento, nonché la cancellazione, laddove risulti un trattamento indebito, errato o ridondante e laddove ritenga di potrà proporre reclamo all’Autorità Garante per la protezione dei dati personali, all’indirizzo: </w:t>
      </w:r>
      <w:hyperlink r:id="rId7" w:history="1">
        <w:r w:rsidRPr="00182820">
          <w:rPr>
            <w:rFonts w:ascii="Times New Roman" w:eastAsia="Times New Roman" w:hAnsi="Times New Roman" w:cs="Times New Roman"/>
            <w:color w:val="0000FF"/>
            <w:sz w:val="24"/>
            <w:szCs w:val="24"/>
            <w:u w:val="single"/>
            <w:lang w:val="it-IT" w:eastAsia="it-IT"/>
          </w:rPr>
          <w:t>comune.bariano@legalmail.it</w:t>
        </w:r>
      </w:hyperlink>
      <w:r w:rsidRPr="00182820">
        <w:rPr>
          <w:rFonts w:ascii="Times New Roman" w:eastAsia="Times New Roman" w:hAnsi="Times New Roman" w:cs="Times New Roman"/>
          <w:sz w:val="24"/>
          <w:szCs w:val="24"/>
          <w:lang w:val="it-IT" w:eastAsia="it-IT"/>
        </w:rPr>
        <w:t xml:space="preserve">. </w:t>
      </w:r>
    </w:p>
    <w:p w14:paraId="6A129B4F" w14:textId="77777777" w:rsidR="00182820" w:rsidRPr="00182820" w:rsidRDefault="00182820" w:rsidP="00182820">
      <w:pPr>
        <w:suppressAutoHyphens/>
        <w:autoSpaceDN w:val="0"/>
        <w:spacing w:after="0" w:line="240" w:lineRule="auto"/>
        <w:jc w:val="both"/>
        <w:rPr>
          <w:rFonts w:ascii="Times New Roman" w:eastAsia="Times New Roman" w:hAnsi="Times New Roman" w:cs="Times New Roman"/>
          <w:sz w:val="24"/>
          <w:szCs w:val="24"/>
          <w:lang w:val="it-IT" w:eastAsia="it-IT"/>
        </w:rPr>
      </w:pPr>
    </w:p>
    <w:p w14:paraId="66DD0A7A" w14:textId="77777777" w:rsidR="00182820" w:rsidRPr="00182820" w:rsidRDefault="00182820" w:rsidP="00182820">
      <w:pPr>
        <w:suppressAutoHyphens/>
        <w:autoSpaceDN w:val="0"/>
        <w:spacing w:after="0" w:line="240" w:lineRule="auto"/>
        <w:jc w:val="both"/>
        <w:rPr>
          <w:rFonts w:ascii="Times New Roman" w:eastAsia="Times New Roman" w:hAnsi="Times New Roman" w:cs="Times New Roman"/>
          <w:sz w:val="24"/>
          <w:szCs w:val="24"/>
          <w:lang w:val="it-IT" w:eastAsia="it-IT"/>
        </w:rPr>
      </w:pPr>
      <w:r w:rsidRPr="00182820">
        <w:rPr>
          <w:rFonts w:ascii="Times New Roman" w:eastAsia="Times New Roman" w:hAnsi="Times New Roman" w:cs="Times New Roman"/>
          <w:sz w:val="24"/>
          <w:szCs w:val="24"/>
          <w:lang w:val="it-IT" w:eastAsia="it-IT"/>
        </w:rPr>
        <w:t>OPPOSIZIONE AL TRATTAMENTO</w:t>
      </w:r>
    </w:p>
    <w:p w14:paraId="48E7CFEC" w14:textId="77777777" w:rsidR="00182820" w:rsidRPr="00182820" w:rsidRDefault="00182820" w:rsidP="00182820">
      <w:pPr>
        <w:suppressAutoHyphens/>
        <w:autoSpaceDN w:val="0"/>
        <w:spacing w:after="0" w:line="240" w:lineRule="auto"/>
        <w:jc w:val="both"/>
        <w:rPr>
          <w:rFonts w:ascii="Times New Roman" w:eastAsia="Times New Roman" w:hAnsi="Times New Roman" w:cs="Times New Roman"/>
          <w:sz w:val="24"/>
          <w:szCs w:val="24"/>
          <w:lang w:val="it-IT" w:eastAsia="it-IT"/>
        </w:rPr>
      </w:pPr>
      <w:r w:rsidRPr="00182820">
        <w:rPr>
          <w:rFonts w:ascii="Times New Roman" w:eastAsia="Times New Roman" w:hAnsi="Times New Roman" w:cs="Times New Roman"/>
          <w:sz w:val="24"/>
          <w:szCs w:val="24"/>
          <w:lang w:val="it-IT" w:eastAsia="it-IT"/>
        </w:rPr>
        <w:t>Laddove, l’interessato ritenga che il trattamento dei dati non risponda al principio di necessità o sia ingiustificato o conseguenza di un errore, può opporsi segnalando tale abuso al Titolare del trattamento chiedendo l’immediata rettifica del dato o l’adozione delle misure finalizzate ad assicurare il necessario adeguamento</w:t>
      </w:r>
    </w:p>
    <w:p w14:paraId="00207644" w14:textId="77777777" w:rsidR="00182820" w:rsidRPr="00182820" w:rsidRDefault="00182820" w:rsidP="00182820">
      <w:pPr>
        <w:suppressAutoHyphens/>
        <w:autoSpaceDN w:val="0"/>
        <w:spacing w:after="0" w:line="240" w:lineRule="auto"/>
        <w:rPr>
          <w:rFonts w:ascii="Times New Roman" w:eastAsia="Times New Roman" w:hAnsi="Times New Roman" w:cs="Times New Roman"/>
          <w:sz w:val="24"/>
          <w:szCs w:val="24"/>
          <w:lang w:val="it-IT" w:eastAsia="it-IT"/>
        </w:rPr>
      </w:pPr>
    </w:p>
    <w:p w14:paraId="7865C6E5" w14:textId="77777777" w:rsidR="00182820" w:rsidRPr="00182820" w:rsidRDefault="00182820" w:rsidP="00182820">
      <w:pPr>
        <w:suppressAutoHyphens/>
        <w:autoSpaceDN w:val="0"/>
        <w:spacing w:after="0" w:line="240" w:lineRule="auto"/>
        <w:rPr>
          <w:rFonts w:ascii="Times New Roman" w:eastAsia="Times New Roman" w:hAnsi="Times New Roman" w:cs="Times New Roman"/>
          <w:sz w:val="24"/>
          <w:szCs w:val="24"/>
          <w:lang w:val="it-IT" w:eastAsia="it-IT"/>
        </w:rPr>
      </w:pPr>
      <w:r w:rsidRPr="00182820">
        <w:rPr>
          <w:rFonts w:ascii="Times New Roman" w:eastAsia="Times New Roman" w:hAnsi="Times New Roman" w:cs="Times New Roman"/>
          <w:sz w:val="24"/>
          <w:szCs w:val="24"/>
          <w:lang w:val="it-IT" w:eastAsia="it-IT"/>
        </w:rPr>
        <w:t>Io sottoscritto/a………………………………  dichiaro di aver ricevuto l’informativa che precede.</w:t>
      </w:r>
    </w:p>
    <w:p w14:paraId="738C483C" w14:textId="77777777" w:rsidR="00182820" w:rsidRPr="00182820" w:rsidRDefault="00182820" w:rsidP="00182820">
      <w:pPr>
        <w:suppressAutoHyphens/>
        <w:autoSpaceDN w:val="0"/>
        <w:spacing w:after="0" w:line="240" w:lineRule="auto"/>
        <w:rPr>
          <w:rFonts w:ascii="Times New Roman" w:eastAsia="Times New Roman" w:hAnsi="Times New Roman" w:cs="Times New Roman"/>
          <w:sz w:val="24"/>
          <w:szCs w:val="24"/>
          <w:lang w:val="it-IT" w:eastAsia="it-IT"/>
        </w:rPr>
      </w:pPr>
    </w:p>
    <w:p w14:paraId="67BC1690" w14:textId="77777777" w:rsidR="00182820" w:rsidRPr="00182820" w:rsidRDefault="00182820" w:rsidP="00182820">
      <w:pPr>
        <w:suppressAutoHyphens/>
        <w:autoSpaceDN w:val="0"/>
        <w:spacing w:after="0" w:line="240" w:lineRule="auto"/>
        <w:rPr>
          <w:rFonts w:ascii="Times New Roman" w:eastAsia="Times New Roman" w:hAnsi="Times New Roman" w:cs="Times New Roman"/>
          <w:sz w:val="24"/>
          <w:szCs w:val="24"/>
          <w:lang w:val="it-IT" w:eastAsia="it-IT"/>
        </w:rPr>
      </w:pPr>
    </w:p>
    <w:p w14:paraId="35BA7A64" w14:textId="77777777" w:rsidR="00182820" w:rsidRPr="00182820" w:rsidRDefault="00182820" w:rsidP="00182820">
      <w:pPr>
        <w:tabs>
          <w:tab w:val="left" w:pos="6372"/>
        </w:tabs>
        <w:suppressAutoHyphens/>
        <w:autoSpaceDN w:val="0"/>
        <w:spacing w:after="0" w:line="240" w:lineRule="auto"/>
        <w:rPr>
          <w:rFonts w:ascii="Times New Roman" w:eastAsia="Times New Roman" w:hAnsi="Times New Roman" w:cs="Times New Roman"/>
          <w:sz w:val="24"/>
          <w:szCs w:val="24"/>
          <w:lang w:val="it-IT" w:eastAsia="it-IT"/>
        </w:rPr>
      </w:pPr>
      <w:r w:rsidRPr="00182820">
        <w:rPr>
          <w:rFonts w:ascii="Times New Roman" w:eastAsia="Times New Roman" w:hAnsi="Times New Roman" w:cs="Times New Roman"/>
          <w:sz w:val="24"/>
          <w:szCs w:val="24"/>
          <w:lang w:val="it-IT" w:eastAsia="it-IT"/>
        </w:rPr>
        <w:t xml:space="preserve">Bariano, lì ___________                                  </w:t>
      </w:r>
      <w:r w:rsidRPr="00182820">
        <w:rPr>
          <w:rFonts w:ascii="Times New Roman" w:eastAsia="Times New Roman" w:hAnsi="Times New Roman" w:cs="Times New Roman"/>
          <w:sz w:val="24"/>
          <w:szCs w:val="24"/>
          <w:lang w:val="it-IT" w:eastAsia="it-IT"/>
        </w:rPr>
        <w:tab/>
        <w:t xml:space="preserve">Firma </w:t>
      </w:r>
    </w:p>
    <w:p w14:paraId="4DF60D44" w14:textId="77777777" w:rsidR="00182820" w:rsidRPr="00182820" w:rsidRDefault="00182820" w:rsidP="00182820">
      <w:pPr>
        <w:suppressAutoHyphens/>
        <w:autoSpaceDN w:val="0"/>
        <w:spacing w:after="0" w:line="240" w:lineRule="auto"/>
        <w:rPr>
          <w:rFonts w:ascii="Times New Roman" w:eastAsia="Times New Roman" w:hAnsi="Times New Roman" w:cs="Times New Roman"/>
          <w:sz w:val="24"/>
          <w:szCs w:val="24"/>
          <w:lang w:val="it-IT" w:eastAsia="it-IT"/>
        </w:rPr>
      </w:pPr>
    </w:p>
    <w:p w14:paraId="7367D9B8" w14:textId="77777777" w:rsidR="00182820" w:rsidRPr="00182820" w:rsidRDefault="00182820" w:rsidP="00182820">
      <w:pPr>
        <w:suppressAutoHyphens/>
        <w:autoSpaceDN w:val="0"/>
        <w:spacing w:after="0" w:line="240" w:lineRule="auto"/>
        <w:rPr>
          <w:rFonts w:ascii="Times New Roman" w:eastAsia="Times New Roman" w:hAnsi="Times New Roman" w:cs="Times New Roman"/>
          <w:sz w:val="24"/>
          <w:szCs w:val="24"/>
          <w:lang w:val="it-IT" w:eastAsia="it-IT"/>
        </w:rPr>
      </w:pPr>
      <w:r w:rsidRPr="00182820">
        <w:rPr>
          <w:rFonts w:ascii="Times New Roman" w:eastAsia="Times New Roman" w:hAnsi="Times New Roman" w:cs="Times New Roman"/>
          <w:sz w:val="24"/>
          <w:szCs w:val="24"/>
          <w:lang w:val="it-IT" w:eastAsia="it-IT"/>
        </w:rPr>
        <w:tab/>
      </w:r>
      <w:r w:rsidRPr="00182820">
        <w:rPr>
          <w:rFonts w:ascii="Times New Roman" w:eastAsia="Times New Roman" w:hAnsi="Times New Roman" w:cs="Times New Roman"/>
          <w:sz w:val="24"/>
          <w:szCs w:val="24"/>
          <w:lang w:val="it-IT" w:eastAsia="it-IT"/>
        </w:rPr>
        <w:tab/>
      </w:r>
      <w:r w:rsidRPr="00182820">
        <w:rPr>
          <w:rFonts w:ascii="Times New Roman" w:eastAsia="Times New Roman" w:hAnsi="Times New Roman" w:cs="Times New Roman"/>
          <w:sz w:val="24"/>
          <w:szCs w:val="24"/>
          <w:lang w:val="it-IT" w:eastAsia="it-IT"/>
        </w:rPr>
        <w:tab/>
      </w:r>
      <w:r w:rsidRPr="00182820">
        <w:rPr>
          <w:rFonts w:ascii="Times New Roman" w:eastAsia="Times New Roman" w:hAnsi="Times New Roman" w:cs="Times New Roman"/>
          <w:sz w:val="24"/>
          <w:szCs w:val="24"/>
          <w:lang w:val="it-IT" w:eastAsia="it-IT"/>
        </w:rPr>
        <w:tab/>
      </w:r>
      <w:r w:rsidRPr="00182820">
        <w:rPr>
          <w:rFonts w:ascii="Times New Roman" w:eastAsia="Times New Roman" w:hAnsi="Times New Roman" w:cs="Times New Roman"/>
          <w:sz w:val="24"/>
          <w:szCs w:val="24"/>
          <w:lang w:val="it-IT" w:eastAsia="it-IT"/>
        </w:rPr>
        <w:tab/>
      </w:r>
      <w:r w:rsidRPr="00182820">
        <w:rPr>
          <w:rFonts w:ascii="Times New Roman" w:eastAsia="Times New Roman" w:hAnsi="Times New Roman" w:cs="Times New Roman"/>
          <w:sz w:val="24"/>
          <w:szCs w:val="24"/>
          <w:lang w:val="it-IT" w:eastAsia="it-IT"/>
        </w:rPr>
        <w:tab/>
      </w:r>
      <w:r w:rsidRPr="00182820">
        <w:rPr>
          <w:rFonts w:ascii="Times New Roman" w:eastAsia="Times New Roman" w:hAnsi="Times New Roman" w:cs="Times New Roman"/>
          <w:sz w:val="24"/>
          <w:szCs w:val="24"/>
          <w:lang w:val="it-IT" w:eastAsia="it-IT"/>
        </w:rPr>
        <w:tab/>
        <w:t xml:space="preserve">       _______________________</w:t>
      </w:r>
    </w:p>
    <w:p w14:paraId="721856E2" w14:textId="77777777" w:rsidR="00182820" w:rsidRPr="00182820" w:rsidRDefault="00182820" w:rsidP="00182820">
      <w:pPr>
        <w:suppressAutoHyphens/>
        <w:autoSpaceDN w:val="0"/>
        <w:spacing w:after="0" w:line="240" w:lineRule="auto"/>
        <w:rPr>
          <w:rFonts w:ascii="Times New Roman" w:eastAsia="Times New Roman" w:hAnsi="Times New Roman" w:cs="Times New Roman"/>
          <w:sz w:val="24"/>
          <w:szCs w:val="24"/>
          <w:lang w:val="it-IT" w:eastAsia="it-IT"/>
        </w:rPr>
      </w:pPr>
    </w:p>
    <w:p w14:paraId="2ACA23CC" w14:textId="77777777" w:rsidR="00182820" w:rsidRPr="00182820" w:rsidRDefault="00182820" w:rsidP="00182820">
      <w:pPr>
        <w:suppressAutoHyphens/>
        <w:autoSpaceDN w:val="0"/>
        <w:spacing w:after="0" w:line="240" w:lineRule="auto"/>
        <w:rPr>
          <w:rFonts w:ascii="Times New Roman" w:eastAsia="Times New Roman" w:hAnsi="Times New Roman" w:cs="Times New Roman"/>
          <w:sz w:val="24"/>
          <w:szCs w:val="24"/>
          <w:lang w:val="it-IT" w:eastAsia="it-IT"/>
        </w:rPr>
      </w:pPr>
    </w:p>
    <w:p w14:paraId="27CC2127" w14:textId="77777777" w:rsidR="00182820" w:rsidRPr="00182820" w:rsidRDefault="00182820" w:rsidP="00182820">
      <w:pPr>
        <w:suppressAutoHyphens/>
        <w:autoSpaceDN w:val="0"/>
        <w:spacing w:after="0" w:line="240" w:lineRule="auto"/>
        <w:rPr>
          <w:rFonts w:ascii="Times New Roman" w:eastAsia="Times New Roman" w:hAnsi="Times New Roman" w:cs="Times New Roman"/>
          <w:sz w:val="24"/>
          <w:szCs w:val="24"/>
          <w:lang w:val="it-IT" w:eastAsia="it-IT"/>
        </w:rPr>
      </w:pPr>
      <w:r w:rsidRPr="00182820">
        <w:rPr>
          <w:rFonts w:ascii="Times New Roman" w:eastAsia="Times New Roman" w:hAnsi="Times New Roman" w:cs="Times New Roman"/>
          <w:sz w:val="24"/>
          <w:szCs w:val="24"/>
          <w:lang w:val="it-IT" w:eastAsia="it-IT"/>
        </w:rPr>
        <w:t>Io sottoscritto/a………………………………. alla luce dell’informativa ricevuta</w:t>
      </w:r>
    </w:p>
    <w:p w14:paraId="5D20990D" w14:textId="77777777" w:rsidR="00182820" w:rsidRPr="00182820" w:rsidRDefault="00182820" w:rsidP="00182820">
      <w:pPr>
        <w:suppressAutoHyphens/>
        <w:autoSpaceDN w:val="0"/>
        <w:spacing w:after="0" w:line="240" w:lineRule="auto"/>
        <w:rPr>
          <w:rFonts w:ascii="Times New Roman" w:eastAsia="Times New Roman" w:hAnsi="Times New Roman" w:cs="Times New Roman"/>
          <w:sz w:val="24"/>
          <w:szCs w:val="24"/>
          <w:lang w:val="it-IT" w:eastAsia="it-IT"/>
        </w:rPr>
      </w:pPr>
    </w:p>
    <w:p w14:paraId="469C774A" w14:textId="77777777" w:rsidR="00182820" w:rsidRPr="00182820" w:rsidRDefault="00182820" w:rsidP="00182820">
      <w:pPr>
        <w:suppressAutoHyphens/>
        <w:autoSpaceDN w:val="0"/>
        <w:spacing w:after="0" w:line="240" w:lineRule="auto"/>
        <w:jc w:val="both"/>
        <w:rPr>
          <w:rFonts w:ascii="Times New Roman" w:eastAsia="Times New Roman" w:hAnsi="Times New Roman" w:cs="Times New Roman"/>
          <w:sz w:val="24"/>
          <w:szCs w:val="24"/>
          <w:lang w:val="it-IT" w:eastAsia="it-IT"/>
        </w:rPr>
      </w:pPr>
      <w:r w:rsidRPr="00182820">
        <w:rPr>
          <w:rFonts w:ascii="Times New Roman" w:eastAsia="Times New Roman" w:hAnsi="Times New Roman" w:cs="Times New Roman"/>
          <w:sz w:val="24"/>
          <w:szCs w:val="24"/>
          <w:lang w:val="it-IT" w:eastAsia="it-IT"/>
        </w:rPr>
        <w:sym w:font="Wingdings" w:char="F0A8"/>
      </w:r>
      <w:r w:rsidRPr="00182820">
        <w:rPr>
          <w:rFonts w:ascii="Times New Roman" w:eastAsia="Times New Roman" w:hAnsi="Times New Roman" w:cs="Times New Roman"/>
          <w:sz w:val="24"/>
          <w:szCs w:val="24"/>
          <w:lang w:val="it-IT" w:eastAsia="it-IT"/>
        </w:rPr>
        <w:t xml:space="preserve"> </w:t>
      </w:r>
      <w:r w:rsidRPr="00182820">
        <w:rPr>
          <w:rFonts w:ascii="Times New Roman" w:eastAsia="Times New Roman" w:hAnsi="Times New Roman" w:cs="Times New Roman"/>
          <w:b/>
          <w:sz w:val="24"/>
          <w:szCs w:val="24"/>
          <w:lang w:val="it-IT" w:eastAsia="it-IT"/>
        </w:rPr>
        <w:t>esprimo il consenso</w:t>
      </w:r>
      <w:r w:rsidRPr="00182820">
        <w:rPr>
          <w:rFonts w:ascii="Times New Roman" w:eastAsia="Times New Roman" w:hAnsi="Times New Roman" w:cs="Times New Roman"/>
          <w:sz w:val="24"/>
          <w:szCs w:val="24"/>
          <w:lang w:val="it-IT" w:eastAsia="it-IT"/>
        </w:rPr>
        <w:t xml:space="preserve"> </w:t>
      </w:r>
      <w:r w:rsidRPr="00182820">
        <w:rPr>
          <w:rFonts w:ascii="Times New Roman" w:eastAsia="Times New Roman" w:hAnsi="Times New Roman" w:cs="Times New Roman"/>
          <w:sz w:val="24"/>
          <w:szCs w:val="24"/>
          <w:lang w:val="it-IT" w:eastAsia="it-IT"/>
        </w:rPr>
        <w:sym w:font="Wingdings" w:char="F0A8"/>
      </w:r>
      <w:r w:rsidRPr="00182820">
        <w:rPr>
          <w:rFonts w:ascii="Times New Roman" w:eastAsia="Times New Roman" w:hAnsi="Times New Roman" w:cs="Times New Roman"/>
          <w:sz w:val="24"/>
          <w:szCs w:val="24"/>
          <w:lang w:val="it-IT" w:eastAsia="it-IT"/>
        </w:rPr>
        <w:t xml:space="preserve"> </w:t>
      </w:r>
      <w:r w:rsidRPr="00182820">
        <w:rPr>
          <w:rFonts w:ascii="Times New Roman" w:eastAsia="Times New Roman" w:hAnsi="Times New Roman" w:cs="Times New Roman"/>
          <w:b/>
          <w:sz w:val="24"/>
          <w:szCs w:val="24"/>
          <w:lang w:val="it-IT" w:eastAsia="it-IT"/>
        </w:rPr>
        <w:t>Non esprimo il consenso</w:t>
      </w:r>
      <w:r w:rsidRPr="00182820">
        <w:rPr>
          <w:rFonts w:ascii="Times New Roman" w:eastAsia="Times New Roman" w:hAnsi="Times New Roman" w:cs="Times New Roman"/>
          <w:sz w:val="24"/>
          <w:szCs w:val="24"/>
          <w:lang w:val="it-IT" w:eastAsia="it-IT"/>
        </w:rPr>
        <w:t xml:space="preserve"> al trattamento dei miei dai personali inclusi quelli considerati come categorie particolari di dati. </w:t>
      </w:r>
    </w:p>
    <w:p w14:paraId="7B993D7A" w14:textId="77777777" w:rsidR="00182820" w:rsidRPr="00182820" w:rsidRDefault="00182820" w:rsidP="00182820">
      <w:pPr>
        <w:suppressAutoHyphens/>
        <w:autoSpaceDN w:val="0"/>
        <w:spacing w:after="0" w:line="240" w:lineRule="auto"/>
        <w:rPr>
          <w:rFonts w:ascii="Times New Roman" w:eastAsia="Times New Roman" w:hAnsi="Times New Roman" w:cs="Times New Roman"/>
          <w:sz w:val="24"/>
          <w:szCs w:val="24"/>
          <w:lang w:val="it-IT" w:eastAsia="it-IT"/>
        </w:rPr>
      </w:pPr>
    </w:p>
    <w:p w14:paraId="40D86B3B" w14:textId="77777777" w:rsidR="00182820" w:rsidRPr="00182820" w:rsidRDefault="00182820" w:rsidP="00182820">
      <w:pPr>
        <w:suppressAutoHyphens/>
        <w:autoSpaceDN w:val="0"/>
        <w:spacing w:after="0" w:line="240" w:lineRule="auto"/>
        <w:rPr>
          <w:rFonts w:ascii="Times New Roman" w:eastAsia="Times New Roman" w:hAnsi="Times New Roman" w:cs="Times New Roman"/>
          <w:sz w:val="24"/>
          <w:szCs w:val="24"/>
          <w:lang w:val="it-IT" w:eastAsia="it-IT"/>
        </w:rPr>
      </w:pPr>
    </w:p>
    <w:p w14:paraId="49967E4A" w14:textId="77777777" w:rsidR="00182820" w:rsidRPr="00182820" w:rsidRDefault="00182820" w:rsidP="00182820">
      <w:pPr>
        <w:suppressAutoHyphens/>
        <w:autoSpaceDN w:val="0"/>
        <w:spacing w:after="0" w:line="240" w:lineRule="auto"/>
        <w:jc w:val="both"/>
        <w:rPr>
          <w:rFonts w:ascii="Times New Roman" w:eastAsia="Times New Roman" w:hAnsi="Times New Roman" w:cs="Times New Roman"/>
          <w:sz w:val="24"/>
          <w:szCs w:val="24"/>
          <w:lang w:val="it-IT" w:eastAsia="it-IT"/>
        </w:rPr>
      </w:pPr>
      <w:r w:rsidRPr="00182820">
        <w:rPr>
          <w:rFonts w:ascii="Times New Roman" w:eastAsia="Times New Roman" w:hAnsi="Times New Roman" w:cs="Times New Roman"/>
          <w:sz w:val="24"/>
          <w:szCs w:val="24"/>
          <w:lang w:val="it-IT" w:eastAsia="it-IT"/>
        </w:rPr>
        <w:sym w:font="Wingdings" w:char="F0A8"/>
      </w:r>
      <w:r w:rsidRPr="00182820">
        <w:rPr>
          <w:rFonts w:ascii="Times New Roman" w:eastAsia="Times New Roman" w:hAnsi="Times New Roman" w:cs="Times New Roman"/>
          <w:sz w:val="24"/>
          <w:szCs w:val="24"/>
          <w:lang w:val="it-IT" w:eastAsia="it-IT"/>
        </w:rPr>
        <w:t xml:space="preserve"> </w:t>
      </w:r>
      <w:r w:rsidRPr="00182820">
        <w:rPr>
          <w:rFonts w:ascii="Times New Roman" w:eastAsia="Times New Roman" w:hAnsi="Times New Roman" w:cs="Times New Roman"/>
          <w:b/>
          <w:sz w:val="24"/>
          <w:szCs w:val="24"/>
          <w:lang w:val="it-IT" w:eastAsia="it-IT"/>
        </w:rPr>
        <w:t>esprimo il consenso</w:t>
      </w:r>
      <w:r w:rsidRPr="00182820">
        <w:rPr>
          <w:rFonts w:ascii="Times New Roman" w:eastAsia="Times New Roman" w:hAnsi="Times New Roman" w:cs="Times New Roman"/>
          <w:sz w:val="24"/>
          <w:szCs w:val="24"/>
          <w:lang w:val="it-IT" w:eastAsia="it-IT"/>
        </w:rPr>
        <w:t xml:space="preserve"> </w:t>
      </w:r>
      <w:r w:rsidRPr="00182820">
        <w:rPr>
          <w:rFonts w:ascii="Times New Roman" w:eastAsia="Times New Roman" w:hAnsi="Times New Roman" w:cs="Times New Roman"/>
          <w:sz w:val="24"/>
          <w:szCs w:val="24"/>
          <w:lang w:val="it-IT" w:eastAsia="it-IT"/>
        </w:rPr>
        <w:sym w:font="Wingdings" w:char="F0A8"/>
      </w:r>
      <w:r w:rsidRPr="00182820">
        <w:rPr>
          <w:rFonts w:ascii="Times New Roman" w:eastAsia="Times New Roman" w:hAnsi="Times New Roman" w:cs="Times New Roman"/>
          <w:sz w:val="24"/>
          <w:szCs w:val="24"/>
          <w:lang w:val="it-IT" w:eastAsia="it-IT"/>
        </w:rPr>
        <w:t xml:space="preserve"> </w:t>
      </w:r>
      <w:r w:rsidRPr="00182820">
        <w:rPr>
          <w:rFonts w:ascii="Times New Roman" w:eastAsia="Times New Roman" w:hAnsi="Times New Roman" w:cs="Times New Roman"/>
          <w:b/>
          <w:sz w:val="24"/>
          <w:szCs w:val="24"/>
          <w:lang w:val="it-IT" w:eastAsia="it-IT"/>
        </w:rPr>
        <w:t>Non esprimo il consenso</w:t>
      </w:r>
      <w:r w:rsidRPr="00182820">
        <w:rPr>
          <w:rFonts w:ascii="Times New Roman" w:eastAsia="Times New Roman" w:hAnsi="Times New Roman" w:cs="Times New Roman"/>
          <w:sz w:val="24"/>
          <w:szCs w:val="24"/>
          <w:lang w:val="it-IT" w:eastAsia="it-IT"/>
        </w:rPr>
        <w:t xml:space="preserve"> alla comunicazione dei miei dati personali a soggetti pubblici e privati ad enti pubblici e società di natura private per le finalità indicate nell’informativa.</w:t>
      </w:r>
    </w:p>
    <w:p w14:paraId="2D77BE24" w14:textId="77777777" w:rsidR="00182820" w:rsidRPr="00182820" w:rsidRDefault="00182820" w:rsidP="00182820">
      <w:pPr>
        <w:suppressAutoHyphens/>
        <w:autoSpaceDN w:val="0"/>
        <w:spacing w:after="0" w:line="240" w:lineRule="auto"/>
        <w:rPr>
          <w:rFonts w:ascii="Times New Roman" w:eastAsia="Times New Roman" w:hAnsi="Times New Roman" w:cs="Times New Roman"/>
          <w:sz w:val="24"/>
          <w:szCs w:val="24"/>
          <w:lang w:val="it-IT" w:eastAsia="it-IT"/>
        </w:rPr>
      </w:pPr>
    </w:p>
    <w:p w14:paraId="65C63C13" w14:textId="77777777" w:rsidR="00182820" w:rsidRPr="00182820" w:rsidRDefault="00182820" w:rsidP="00182820">
      <w:pPr>
        <w:suppressAutoHyphens/>
        <w:autoSpaceDN w:val="0"/>
        <w:spacing w:after="0" w:line="240" w:lineRule="auto"/>
        <w:rPr>
          <w:rFonts w:ascii="Times New Roman" w:eastAsia="Times New Roman" w:hAnsi="Times New Roman" w:cs="Times New Roman"/>
          <w:sz w:val="24"/>
          <w:szCs w:val="24"/>
          <w:lang w:val="it-IT" w:eastAsia="it-IT"/>
        </w:rPr>
      </w:pPr>
    </w:p>
    <w:p w14:paraId="00FB8C4F" w14:textId="77777777" w:rsidR="00182820" w:rsidRPr="00182820" w:rsidRDefault="00182820" w:rsidP="00182820">
      <w:pPr>
        <w:tabs>
          <w:tab w:val="left" w:pos="6372"/>
        </w:tabs>
        <w:suppressAutoHyphens/>
        <w:autoSpaceDN w:val="0"/>
        <w:spacing w:after="0" w:line="240" w:lineRule="auto"/>
        <w:rPr>
          <w:rFonts w:ascii="Times New Roman" w:eastAsia="Times New Roman" w:hAnsi="Times New Roman" w:cs="Times New Roman"/>
          <w:sz w:val="24"/>
          <w:szCs w:val="24"/>
          <w:lang w:val="it-IT" w:eastAsia="it-IT"/>
        </w:rPr>
      </w:pPr>
      <w:r w:rsidRPr="00182820">
        <w:rPr>
          <w:rFonts w:ascii="Times New Roman" w:eastAsia="Times New Roman" w:hAnsi="Times New Roman" w:cs="Times New Roman"/>
          <w:sz w:val="24"/>
          <w:szCs w:val="24"/>
          <w:lang w:val="it-IT" w:eastAsia="it-IT"/>
        </w:rPr>
        <w:t xml:space="preserve">Bariano, lì ___________                                  </w:t>
      </w:r>
      <w:r w:rsidRPr="00182820">
        <w:rPr>
          <w:rFonts w:ascii="Times New Roman" w:eastAsia="Times New Roman" w:hAnsi="Times New Roman" w:cs="Times New Roman"/>
          <w:sz w:val="24"/>
          <w:szCs w:val="24"/>
          <w:lang w:val="it-IT" w:eastAsia="it-IT"/>
        </w:rPr>
        <w:tab/>
        <w:t xml:space="preserve">Firma </w:t>
      </w:r>
    </w:p>
    <w:p w14:paraId="4D425949" w14:textId="77777777" w:rsidR="00182820" w:rsidRPr="00182820" w:rsidRDefault="00182820" w:rsidP="00182820">
      <w:pPr>
        <w:suppressAutoHyphens/>
        <w:autoSpaceDN w:val="0"/>
        <w:spacing w:after="0" w:line="240" w:lineRule="auto"/>
        <w:rPr>
          <w:rFonts w:ascii="Times New Roman" w:eastAsia="Times New Roman" w:hAnsi="Times New Roman" w:cs="Times New Roman"/>
          <w:sz w:val="24"/>
          <w:szCs w:val="24"/>
          <w:lang w:val="it-IT" w:eastAsia="it-IT"/>
        </w:rPr>
      </w:pPr>
    </w:p>
    <w:p w14:paraId="05683445" w14:textId="77777777" w:rsidR="00182820" w:rsidRPr="00182820" w:rsidRDefault="00182820" w:rsidP="00182820">
      <w:pPr>
        <w:suppressAutoHyphens/>
        <w:autoSpaceDN w:val="0"/>
        <w:spacing w:after="240" w:line="240" w:lineRule="auto"/>
        <w:rPr>
          <w:rFonts w:ascii="Times New Roman" w:eastAsia="Times New Roman" w:hAnsi="Times New Roman" w:cs="Times New Roman"/>
          <w:sz w:val="24"/>
          <w:szCs w:val="24"/>
          <w:lang w:val="it-IT" w:eastAsia="it-IT"/>
        </w:rPr>
      </w:pPr>
      <w:r w:rsidRPr="00182820">
        <w:rPr>
          <w:rFonts w:ascii="Times New Roman" w:eastAsia="Times New Roman" w:hAnsi="Times New Roman" w:cs="Times New Roman"/>
          <w:sz w:val="24"/>
          <w:szCs w:val="24"/>
          <w:lang w:val="it-IT" w:eastAsia="it-IT"/>
        </w:rPr>
        <w:tab/>
      </w:r>
      <w:r w:rsidRPr="00182820">
        <w:rPr>
          <w:rFonts w:ascii="Times New Roman" w:eastAsia="Times New Roman" w:hAnsi="Times New Roman" w:cs="Times New Roman"/>
          <w:sz w:val="24"/>
          <w:szCs w:val="24"/>
          <w:lang w:val="it-IT" w:eastAsia="it-IT"/>
        </w:rPr>
        <w:tab/>
      </w:r>
      <w:r w:rsidRPr="00182820">
        <w:rPr>
          <w:rFonts w:ascii="Times New Roman" w:eastAsia="Times New Roman" w:hAnsi="Times New Roman" w:cs="Times New Roman"/>
          <w:sz w:val="24"/>
          <w:szCs w:val="24"/>
          <w:lang w:val="it-IT" w:eastAsia="it-IT"/>
        </w:rPr>
        <w:tab/>
      </w:r>
      <w:r w:rsidRPr="00182820">
        <w:rPr>
          <w:rFonts w:ascii="Times New Roman" w:eastAsia="Times New Roman" w:hAnsi="Times New Roman" w:cs="Times New Roman"/>
          <w:sz w:val="24"/>
          <w:szCs w:val="24"/>
          <w:lang w:val="it-IT" w:eastAsia="it-IT"/>
        </w:rPr>
        <w:tab/>
      </w:r>
      <w:r w:rsidRPr="00182820">
        <w:rPr>
          <w:rFonts w:ascii="Times New Roman" w:eastAsia="Times New Roman" w:hAnsi="Times New Roman" w:cs="Times New Roman"/>
          <w:sz w:val="24"/>
          <w:szCs w:val="24"/>
          <w:lang w:val="it-IT" w:eastAsia="it-IT"/>
        </w:rPr>
        <w:tab/>
      </w:r>
      <w:r w:rsidRPr="00182820">
        <w:rPr>
          <w:rFonts w:ascii="Times New Roman" w:eastAsia="Times New Roman" w:hAnsi="Times New Roman" w:cs="Times New Roman"/>
          <w:sz w:val="24"/>
          <w:szCs w:val="24"/>
          <w:lang w:val="it-IT" w:eastAsia="it-IT"/>
        </w:rPr>
        <w:tab/>
      </w:r>
      <w:r w:rsidRPr="00182820">
        <w:rPr>
          <w:rFonts w:ascii="Times New Roman" w:eastAsia="Times New Roman" w:hAnsi="Times New Roman" w:cs="Times New Roman"/>
          <w:sz w:val="24"/>
          <w:szCs w:val="24"/>
          <w:lang w:val="it-IT" w:eastAsia="it-IT"/>
        </w:rPr>
        <w:tab/>
        <w:t xml:space="preserve">     ________________________</w:t>
      </w:r>
    </w:p>
    <w:p w14:paraId="09A9E57B" w14:textId="77777777" w:rsidR="00182820" w:rsidRPr="00182820" w:rsidRDefault="00182820" w:rsidP="00182820">
      <w:pPr>
        <w:suppressAutoHyphens/>
        <w:autoSpaceDN w:val="0"/>
        <w:spacing w:after="0" w:line="240" w:lineRule="auto"/>
        <w:rPr>
          <w:rFonts w:ascii="Times New Roman" w:eastAsia="Times New Roman" w:hAnsi="Times New Roman" w:cs="Times New Roman"/>
          <w:sz w:val="24"/>
          <w:szCs w:val="24"/>
          <w:lang w:val="it-IT" w:eastAsia="it-IT"/>
        </w:rPr>
      </w:pPr>
    </w:p>
    <w:p w14:paraId="2506E000" w14:textId="77777777" w:rsidR="00182820" w:rsidRPr="00460739" w:rsidRDefault="00182820">
      <w:pPr>
        <w:rPr>
          <w:rFonts w:ascii="Times New Roman" w:hAnsi="Times New Roman" w:cs="Times New Roman"/>
          <w:sz w:val="24"/>
          <w:szCs w:val="24"/>
        </w:rPr>
      </w:pPr>
    </w:p>
    <w:sectPr w:rsidR="00182820" w:rsidRPr="00460739" w:rsidSect="00034616">
      <w:pgSz w:w="12240" w:h="15840"/>
      <w:pgMar w:top="1020" w:right="1191" w:bottom="964" w:left="119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altName w:val="Times New Roman PSMT"/>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modern"/>
    <w:pitch w:val="fixed"/>
    <w:sig w:usb0="00000003" w:usb1="00000000" w:usb2="00000000" w:usb3="00000000" w:csb0="00000001" w:csb1="00000000"/>
  </w:font>
  <w:font w:name="Wingdings">
    <w:panose1 w:val="05000000000000000000"/>
    <w:charset w:val="02"/>
    <w:family w:val="auto"/>
    <w:pitch w:val="variable"/>
    <w:sig w:usb0="00000000" w:usb1="10000000" w:usb2="00000000" w:usb3="00000000" w:csb0="80000000"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Numeroelenco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Numeroelenco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Puntoelenco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Puntoelenco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Numeroelenco"/>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Puntoelenco"/>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hyphenationZone w:val="283"/>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182820"/>
    <w:rsid w:val="0029639D"/>
    <w:rsid w:val="00326F90"/>
    <w:rsid w:val="003464D2"/>
    <w:rsid w:val="00460739"/>
    <w:rsid w:val="004F73A1"/>
    <w:rsid w:val="005826B6"/>
    <w:rsid w:val="005F7FC3"/>
    <w:rsid w:val="00AA1D8D"/>
    <w:rsid w:val="00B47730"/>
    <w:rsid w:val="00CB025F"/>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6F48BDB0"/>
  <w14:defaultImageDpi w14:val="300"/>
  <w15:docId w15:val="{F39006F0-45E1-4C00-BC62-710C6A733E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e">
    <w:name w:val="Normal"/>
    <w:qFormat/>
    <w:rsid w:val="00FC693F"/>
    <w:pPr>
      <w:spacing w:after="100"/>
    </w:pPr>
    <w:rPr>
      <w:rFonts w:ascii="Arial" w:hAnsi="Arial"/>
      <w:sz w:val="19"/>
    </w:rPr>
  </w:style>
  <w:style w:type="paragraph" w:styleId="Titolo1">
    <w:name w:val="heading 1"/>
    <w:basedOn w:val="Normale"/>
    <w:next w:val="Normale"/>
    <w:link w:val="Titolo1Carattere"/>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Titolo2">
    <w:name w:val="heading 2"/>
    <w:basedOn w:val="Normale"/>
    <w:next w:val="Normale"/>
    <w:link w:val="Titolo2Carattere"/>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Titolo3">
    <w:name w:val="heading 3"/>
    <w:basedOn w:val="Normale"/>
    <w:next w:val="Normale"/>
    <w:link w:val="Titolo3Carattere"/>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Titolo4">
    <w:name w:val="heading 4"/>
    <w:basedOn w:val="Normale"/>
    <w:next w:val="Normale"/>
    <w:link w:val="Titolo4Carattere"/>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Titolo5">
    <w:name w:val="heading 5"/>
    <w:basedOn w:val="Normale"/>
    <w:next w:val="Normale"/>
    <w:link w:val="Titolo5Carattere"/>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Titolo6">
    <w:name w:val="heading 6"/>
    <w:basedOn w:val="Normale"/>
    <w:next w:val="Normale"/>
    <w:link w:val="Titolo6Carattere"/>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Titolo7">
    <w:name w:val="heading 7"/>
    <w:basedOn w:val="Normale"/>
    <w:next w:val="Normale"/>
    <w:link w:val="Titolo7Carattere"/>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Titolo8">
    <w:name w:val="heading 8"/>
    <w:basedOn w:val="Normale"/>
    <w:next w:val="Normale"/>
    <w:link w:val="Titolo8Carattere"/>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Titolo9">
    <w:name w:val="heading 9"/>
    <w:basedOn w:val="Normale"/>
    <w:next w:val="Normale"/>
    <w:link w:val="Titolo9Carattere"/>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Intestazione">
    <w:name w:val="header"/>
    <w:basedOn w:val="Normale"/>
    <w:link w:val="IntestazioneCarattere"/>
    <w:uiPriority w:val="99"/>
    <w:unhideWhenUsed/>
    <w:rsid w:val="00E618BF"/>
    <w:pPr>
      <w:tabs>
        <w:tab w:val="center" w:pos="4680"/>
        <w:tab w:val="right" w:pos="9360"/>
      </w:tabs>
      <w:spacing w:after="0" w:line="240" w:lineRule="auto"/>
    </w:pPr>
  </w:style>
  <w:style w:type="character" w:customStyle="1" w:styleId="IntestazioneCarattere">
    <w:name w:val="Intestazione Carattere"/>
    <w:basedOn w:val="Carpredefinitoparagrafo"/>
    <w:link w:val="Intestazione"/>
    <w:uiPriority w:val="99"/>
    <w:rsid w:val="00E618BF"/>
  </w:style>
  <w:style w:type="paragraph" w:styleId="Pidipagina">
    <w:name w:val="footer"/>
    <w:basedOn w:val="Normale"/>
    <w:link w:val="PidipaginaCarattere"/>
    <w:uiPriority w:val="99"/>
    <w:unhideWhenUsed/>
    <w:rsid w:val="00E618BF"/>
    <w:pPr>
      <w:tabs>
        <w:tab w:val="center" w:pos="4680"/>
        <w:tab w:val="right" w:pos="9360"/>
      </w:tabs>
      <w:spacing w:after="0" w:line="240" w:lineRule="auto"/>
    </w:pPr>
  </w:style>
  <w:style w:type="character" w:customStyle="1" w:styleId="PidipaginaCarattere">
    <w:name w:val="Piè di pagina Carattere"/>
    <w:basedOn w:val="Carpredefinitoparagrafo"/>
    <w:link w:val="Pidipagina"/>
    <w:uiPriority w:val="99"/>
    <w:rsid w:val="00E618BF"/>
  </w:style>
  <w:style w:type="paragraph" w:styleId="Nessunaspaziatura">
    <w:name w:val="No Spacing"/>
    <w:uiPriority w:val="1"/>
    <w:qFormat/>
    <w:rsid w:val="00FC693F"/>
    <w:pPr>
      <w:spacing w:after="0" w:line="240" w:lineRule="auto"/>
    </w:pPr>
  </w:style>
  <w:style w:type="character" w:customStyle="1" w:styleId="Titolo1Carattere">
    <w:name w:val="Titolo 1 Carattere"/>
    <w:basedOn w:val="Carpredefinitoparagrafo"/>
    <w:link w:val="Titolo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Titolo2Carattere">
    <w:name w:val="Titolo 2 Carattere"/>
    <w:basedOn w:val="Carpredefinitoparagrafo"/>
    <w:link w:val="Titolo2"/>
    <w:uiPriority w:val="9"/>
    <w:rsid w:val="00FC693F"/>
    <w:rPr>
      <w:rFonts w:asciiTheme="majorHAnsi" w:eastAsiaTheme="majorEastAsia" w:hAnsiTheme="majorHAnsi" w:cstheme="majorBidi"/>
      <w:b/>
      <w:bCs/>
      <w:color w:val="4F81BD" w:themeColor="accent1"/>
      <w:sz w:val="26"/>
      <w:szCs w:val="26"/>
    </w:rPr>
  </w:style>
  <w:style w:type="character" w:customStyle="1" w:styleId="Titolo3Carattere">
    <w:name w:val="Titolo 3 Carattere"/>
    <w:basedOn w:val="Carpredefinitoparagrafo"/>
    <w:link w:val="Titolo3"/>
    <w:uiPriority w:val="9"/>
    <w:rsid w:val="00FC693F"/>
    <w:rPr>
      <w:rFonts w:asciiTheme="majorHAnsi" w:eastAsiaTheme="majorEastAsia" w:hAnsiTheme="majorHAnsi" w:cstheme="majorBidi"/>
      <w:b/>
      <w:bCs/>
      <w:color w:val="4F81BD" w:themeColor="accent1"/>
    </w:rPr>
  </w:style>
  <w:style w:type="paragraph" w:styleId="Titolo">
    <w:name w:val="Title"/>
    <w:basedOn w:val="Normale"/>
    <w:next w:val="Normale"/>
    <w:link w:val="TitoloCarattere"/>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oloCarattere">
    <w:name w:val="Titolo Carattere"/>
    <w:basedOn w:val="Carpredefinitoparagrafo"/>
    <w:link w:val="Titolo"/>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ottotitolo">
    <w:name w:val="Subtitle"/>
    <w:basedOn w:val="Normale"/>
    <w:next w:val="Normale"/>
    <w:link w:val="SottotitoloCarattere"/>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ottotitoloCarattere">
    <w:name w:val="Sottotitolo Carattere"/>
    <w:basedOn w:val="Carpredefinitoparagrafo"/>
    <w:link w:val="Sottotitolo"/>
    <w:uiPriority w:val="11"/>
    <w:rsid w:val="00FC693F"/>
    <w:rPr>
      <w:rFonts w:asciiTheme="majorHAnsi" w:eastAsiaTheme="majorEastAsia" w:hAnsiTheme="majorHAnsi" w:cstheme="majorBidi"/>
      <w:i/>
      <w:iCs/>
      <w:color w:val="4F81BD" w:themeColor="accent1"/>
      <w:spacing w:val="15"/>
      <w:sz w:val="24"/>
      <w:szCs w:val="24"/>
    </w:rPr>
  </w:style>
  <w:style w:type="paragraph" w:styleId="Paragrafoelenco">
    <w:name w:val="List Paragraph"/>
    <w:basedOn w:val="Normale"/>
    <w:uiPriority w:val="34"/>
    <w:qFormat/>
    <w:rsid w:val="00FC693F"/>
    <w:pPr>
      <w:ind w:left="720"/>
      <w:contextualSpacing/>
    </w:pPr>
  </w:style>
  <w:style w:type="paragraph" w:styleId="Corpotesto">
    <w:name w:val="Body Text"/>
    <w:basedOn w:val="Normale"/>
    <w:link w:val="CorpotestoCarattere"/>
    <w:uiPriority w:val="99"/>
    <w:unhideWhenUsed/>
    <w:rsid w:val="00AA1D8D"/>
    <w:pPr>
      <w:spacing w:after="120"/>
    </w:pPr>
  </w:style>
  <w:style w:type="character" w:customStyle="1" w:styleId="CorpotestoCarattere">
    <w:name w:val="Corpo testo Carattere"/>
    <w:basedOn w:val="Carpredefinitoparagrafo"/>
    <w:link w:val="Corpotesto"/>
    <w:uiPriority w:val="99"/>
    <w:rsid w:val="00AA1D8D"/>
  </w:style>
  <w:style w:type="paragraph" w:styleId="Corpodeltesto2">
    <w:name w:val="Body Text 2"/>
    <w:basedOn w:val="Normale"/>
    <w:link w:val="Corpodeltesto2Carattere"/>
    <w:uiPriority w:val="99"/>
    <w:unhideWhenUsed/>
    <w:rsid w:val="00AA1D8D"/>
    <w:pPr>
      <w:spacing w:after="120" w:line="480" w:lineRule="auto"/>
    </w:pPr>
  </w:style>
  <w:style w:type="character" w:customStyle="1" w:styleId="Corpodeltesto2Carattere">
    <w:name w:val="Corpo del testo 2 Carattere"/>
    <w:basedOn w:val="Carpredefinitoparagrafo"/>
    <w:link w:val="Corpodeltesto2"/>
    <w:uiPriority w:val="99"/>
    <w:rsid w:val="00AA1D8D"/>
  </w:style>
  <w:style w:type="paragraph" w:styleId="Corpodeltesto3">
    <w:name w:val="Body Text 3"/>
    <w:basedOn w:val="Normale"/>
    <w:link w:val="Corpodeltesto3Carattere"/>
    <w:uiPriority w:val="99"/>
    <w:unhideWhenUsed/>
    <w:rsid w:val="00AA1D8D"/>
    <w:pPr>
      <w:spacing w:after="120"/>
    </w:pPr>
    <w:rPr>
      <w:sz w:val="16"/>
      <w:szCs w:val="16"/>
    </w:rPr>
  </w:style>
  <w:style w:type="character" w:customStyle="1" w:styleId="Corpodeltesto3Carattere">
    <w:name w:val="Corpo del testo 3 Carattere"/>
    <w:basedOn w:val="Carpredefinitoparagrafo"/>
    <w:link w:val="Corpodeltesto3"/>
    <w:uiPriority w:val="99"/>
    <w:rsid w:val="00AA1D8D"/>
    <w:rPr>
      <w:sz w:val="16"/>
      <w:szCs w:val="16"/>
    </w:rPr>
  </w:style>
  <w:style w:type="paragraph" w:styleId="Elenco">
    <w:name w:val="List"/>
    <w:basedOn w:val="Normale"/>
    <w:uiPriority w:val="99"/>
    <w:unhideWhenUsed/>
    <w:rsid w:val="00AA1D8D"/>
    <w:pPr>
      <w:ind w:left="360" w:hanging="360"/>
      <w:contextualSpacing/>
    </w:pPr>
  </w:style>
  <w:style w:type="paragraph" w:styleId="Elenco2">
    <w:name w:val="List 2"/>
    <w:basedOn w:val="Normale"/>
    <w:uiPriority w:val="99"/>
    <w:unhideWhenUsed/>
    <w:rsid w:val="00326F90"/>
    <w:pPr>
      <w:ind w:left="720" w:hanging="360"/>
      <w:contextualSpacing/>
    </w:pPr>
  </w:style>
  <w:style w:type="paragraph" w:styleId="Elenco3">
    <w:name w:val="List 3"/>
    <w:basedOn w:val="Normale"/>
    <w:uiPriority w:val="99"/>
    <w:unhideWhenUsed/>
    <w:rsid w:val="00326F90"/>
    <w:pPr>
      <w:ind w:left="1080" w:hanging="360"/>
      <w:contextualSpacing/>
    </w:pPr>
  </w:style>
  <w:style w:type="paragraph" w:styleId="Puntoelenco">
    <w:name w:val="List Bullet"/>
    <w:basedOn w:val="Normale"/>
    <w:uiPriority w:val="99"/>
    <w:unhideWhenUsed/>
    <w:rsid w:val="00326F90"/>
    <w:pPr>
      <w:numPr>
        <w:numId w:val="1"/>
      </w:numPr>
      <w:contextualSpacing/>
    </w:pPr>
  </w:style>
  <w:style w:type="paragraph" w:styleId="Puntoelenco2">
    <w:name w:val="List Bullet 2"/>
    <w:basedOn w:val="Normale"/>
    <w:uiPriority w:val="99"/>
    <w:unhideWhenUsed/>
    <w:rsid w:val="00326F90"/>
    <w:pPr>
      <w:numPr>
        <w:numId w:val="2"/>
      </w:numPr>
      <w:contextualSpacing/>
    </w:pPr>
  </w:style>
  <w:style w:type="paragraph" w:styleId="Puntoelenco3">
    <w:name w:val="List Bullet 3"/>
    <w:basedOn w:val="Normale"/>
    <w:uiPriority w:val="99"/>
    <w:unhideWhenUsed/>
    <w:rsid w:val="00326F90"/>
    <w:pPr>
      <w:numPr>
        <w:numId w:val="3"/>
      </w:numPr>
      <w:contextualSpacing/>
    </w:pPr>
  </w:style>
  <w:style w:type="paragraph" w:styleId="Numeroelenco">
    <w:name w:val="List Number"/>
    <w:basedOn w:val="Normale"/>
    <w:uiPriority w:val="99"/>
    <w:unhideWhenUsed/>
    <w:rsid w:val="00326F90"/>
    <w:pPr>
      <w:numPr>
        <w:numId w:val="5"/>
      </w:numPr>
      <w:contextualSpacing/>
    </w:pPr>
  </w:style>
  <w:style w:type="paragraph" w:styleId="Numeroelenco2">
    <w:name w:val="List Number 2"/>
    <w:basedOn w:val="Normale"/>
    <w:uiPriority w:val="99"/>
    <w:unhideWhenUsed/>
    <w:rsid w:val="0029639D"/>
    <w:pPr>
      <w:numPr>
        <w:numId w:val="6"/>
      </w:numPr>
      <w:contextualSpacing/>
    </w:pPr>
  </w:style>
  <w:style w:type="paragraph" w:styleId="Numeroelenco3">
    <w:name w:val="List Number 3"/>
    <w:basedOn w:val="Normale"/>
    <w:uiPriority w:val="99"/>
    <w:unhideWhenUsed/>
    <w:rsid w:val="0029639D"/>
    <w:pPr>
      <w:numPr>
        <w:numId w:val="7"/>
      </w:numPr>
      <w:contextualSpacing/>
    </w:pPr>
  </w:style>
  <w:style w:type="paragraph" w:styleId="Elencocontinua">
    <w:name w:val="List Continue"/>
    <w:basedOn w:val="Normale"/>
    <w:uiPriority w:val="99"/>
    <w:unhideWhenUsed/>
    <w:rsid w:val="0029639D"/>
    <w:pPr>
      <w:spacing w:after="120"/>
      <w:ind w:left="360"/>
      <w:contextualSpacing/>
    </w:pPr>
  </w:style>
  <w:style w:type="paragraph" w:styleId="Elencocontinua2">
    <w:name w:val="List Continue 2"/>
    <w:basedOn w:val="Normale"/>
    <w:uiPriority w:val="99"/>
    <w:unhideWhenUsed/>
    <w:rsid w:val="0029639D"/>
    <w:pPr>
      <w:spacing w:after="120"/>
      <w:ind w:left="720"/>
      <w:contextualSpacing/>
    </w:pPr>
  </w:style>
  <w:style w:type="paragraph" w:styleId="Elencocontinua3">
    <w:name w:val="List Continue 3"/>
    <w:basedOn w:val="Normale"/>
    <w:uiPriority w:val="99"/>
    <w:unhideWhenUsed/>
    <w:rsid w:val="0029639D"/>
    <w:pPr>
      <w:spacing w:after="120"/>
      <w:ind w:left="1080"/>
      <w:contextualSpacing/>
    </w:pPr>
  </w:style>
  <w:style w:type="paragraph" w:styleId="Testomacro">
    <w:name w:val="macro"/>
    <w:link w:val="TestomacroCarattere"/>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TestomacroCarattere">
    <w:name w:val="Testo macro Carattere"/>
    <w:basedOn w:val="Carpredefinitoparagrafo"/>
    <w:link w:val="Testomacro"/>
    <w:uiPriority w:val="99"/>
    <w:rsid w:val="0029639D"/>
    <w:rPr>
      <w:rFonts w:ascii="Courier" w:hAnsi="Courier"/>
      <w:sz w:val="20"/>
      <w:szCs w:val="20"/>
    </w:rPr>
  </w:style>
  <w:style w:type="paragraph" w:styleId="Citazione">
    <w:name w:val="Quote"/>
    <w:basedOn w:val="Normale"/>
    <w:next w:val="Normale"/>
    <w:link w:val="CitazioneCarattere"/>
    <w:uiPriority w:val="29"/>
    <w:qFormat/>
    <w:rsid w:val="00FC693F"/>
    <w:rPr>
      <w:i/>
      <w:iCs/>
      <w:color w:val="000000" w:themeColor="text1"/>
    </w:rPr>
  </w:style>
  <w:style w:type="character" w:customStyle="1" w:styleId="CitazioneCarattere">
    <w:name w:val="Citazione Carattere"/>
    <w:basedOn w:val="Carpredefinitoparagrafo"/>
    <w:link w:val="Citazione"/>
    <w:uiPriority w:val="29"/>
    <w:rsid w:val="00FC693F"/>
    <w:rPr>
      <w:i/>
      <w:iCs/>
      <w:color w:val="000000" w:themeColor="text1"/>
    </w:rPr>
  </w:style>
  <w:style w:type="character" w:customStyle="1" w:styleId="Titolo4Carattere">
    <w:name w:val="Titolo 4 Carattere"/>
    <w:basedOn w:val="Carpredefinitoparagrafo"/>
    <w:link w:val="Titolo4"/>
    <w:uiPriority w:val="9"/>
    <w:semiHidden/>
    <w:rsid w:val="00FC693F"/>
    <w:rPr>
      <w:rFonts w:asciiTheme="majorHAnsi" w:eastAsiaTheme="majorEastAsia" w:hAnsiTheme="majorHAnsi" w:cstheme="majorBidi"/>
      <w:b/>
      <w:bCs/>
      <w:i/>
      <w:iCs/>
      <w:color w:val="4F81BD" w:themeColor="accent1"/>
    </w:rPr>
  </w:style>
  <w:style w:type="character" w:customStyle="1" w:styleId="Titolo5Carattere">
    <w:name w:val="Titolo 5 Carattere"/>
    <w:basedOn w:val="Carpredefinitoparagrafo"/>
    <w:link w:val="Titolo5"/>
    <w:uiPriority w:val="9"/>
    <w:semiHidden/>
    <w:rsid w:val="00FC693F"/>
    <w:rPr>
      <w:rFonts w:asciiTheme="majorHAnsi" w:eastAsiaTheme="majorEastAsia" w:hAnsiTheme="majorHAnsi" w:cstheme="majorBidi"/>
      <w:color w:val="243F60" w:themeColor="accent1" w:themeShade="7F"/>
    </w:rPr>
  </w:style>
  <w:style w:type="character" w:customStyle="1" w:styleId="Titolo6Carattere">
    <w:name w:val="Titolo 6 Carattere"/>
    <w:basedOn w:val="Carpredefinitoparagrafo"/>
    <w:link w:val="Titolo6"/>
    <w:uiPriority w:val="9"/>
    <w:semiHidden/>
    <w:rsid w:val="00FC693F"/>
    <w:rPr>
      <w:rFonts w:asciiTheme="majorHAnsi" w:eastAsiaTheme="majorEastAsia" w:hAnsiTheme="majorHAnsi" w:cstheme="majorBidi"/>
      <w:i/>
      <w:iCs/>
      <w:color w:val="243F60" w:themeColor="accent1" w:themeShade="7F"/>
    </w:rPr>
  </w:style>
  <w:style w:type="character" w:customStyle="1" w:styleId="Titolo7Carattere">
    <w:name w:val="Titolo 7 Carattere"/>
    <w:basedOn w:val="Carpredefinitoparagrafo"/>
    <w:link w:val="Titolo7"/>
    <w:uiPriority w:val="9"/>
    <w:semiHidden/>
    <w:rsid w:val="00FC693F"/>
    <w:rPr>
      <w:rFonts w:asciiTheme="majorHAnsi" w:eastAsiaTheme="majorEastAsia" w:hAnsiTheme="majorHAnsi" w:cstheme="majorBidi"/>
      <w:i/>
      <w:iCs/>
      <w:color w:val="404040" w:themeColor="text1" w:themeTint="BF"/>
    </w:rPr>
  </w:style>
  <w:style w:type="character" w:customStyle="1" w:styleId="Titolo8Carattere">
    <w:name w:val="Titolo 8 Carattere"/>
    <w:basedOn w:val="Carpredefinitoparagrafo"/>
    <w:link w:val="Titolo8"/>
    <w:uiPriority w:val="9"/>
    <w:semiHidden/>
    <w:rsid w:val="00FC693F"/>
    <w:rPr>
      <w:rFonts w:asciiTheme="majorHAnsi" w:eastAsiaTheme="majorEastAsia" w:hAnsiTheme="majorHAnsi" w:cstheme="majorBidi"/>
      <w:color w:val="4F81BD" w:themeColor="accent1"/>
      <w:sz w:val="20"/>
      <w:szCs w:val="20"/>
    </w:rPr>
  </w:style>
  <w:style w:type="character" w:customStyle="1" w:styleId="Titolo9Carattere">
    <w:name w:val="Titolo 9 Carattere"/>
    <w:basedOn w:val="Carpredefinitoparagrafo"/>
    <w:link w:val="Titolo9"/>
    <w:uiPriority w:val="9"/>
    <w:semiHidden/>
    <w:rsid w:val="00FC693F"/>
    <w:rPr>
      <w:rFonts w:asciiTheme="majorHAnsi" w:eastAsiaTheme="majorEastAsia" w:hAnsiTheme="majorHAnsi" w:cstheme="majorBidi"/>
      <w:i/>
      <w:iCs/>
      <w:color w:val="404040" w:themeColor="text1" w:themeTint="BF"/>
      <w:sz w:val="20"/>
      <w:szCs w:val="20"/>
    </w:rPr>
  </w:style>
  <w:style w:type="paragraph" w:styleId="Didascalia">
    <w:name w:val="caption"/>
    <w:basedOn w:val="Normale"/>
    <w:next w:val="Normale"/>
    <w:uiPriority w:val="35"/>
    <w:semiHidden/>
    <w:unhideWhenUsed/>
    <w:qFormat/>
    <w:rsid w:val="00FC693F"/>
    <w:pPr>
      <w:spacing w:line="240" w:lineRule="auto"/>
    </w:pPr>
    <w:rPr>
      <w:b/>
      <w:bCs/>
      <w:color w:val="4F81BD" w:themeColor="accent1"/>
      <w:sz w:val="18"/>
      <w:szCs w:val="18"/>
    </w:rPr>
  </w:style>
  <w:style w:type="character" w:styleId="Enfasigrassetto">
    <w:name w:val="Strong"/>
    <w:basedOn w:val="Carpredefinitoparagrafo"/>
    <w:uiPriority w:val="22"/>
    <w:qFormat/>
    <w:rsid w:val="00FC693F"/>
    <w:rPr>
      <w:b/>
      <w:bCs/>
    </w:rPr>
  </w:style>
  <w:style w:type="character" w:styleId="Enfasicorsivo">
    <w:name w:val="Emphasis"/>
    <w:basedOn w:val="Carpredefinitoparagrafo"/>
    <w:uiPriority w:val="20"/>
    <w:qFormat/>
    <w:rsid w:val="00FC693F"/>
    <w:rPr>
      <w:i/>
      <w:iCs/>
    </w:rPr>
  </w:style>
  <w:style w:type="paragraph" w:styleId="Citazioneintensa">
    <w:name w:val="Intense Quote"/>
    <w:basedOn w:val="Normale"/>
    <w:next w:val="Normale"/>
    <w:link w:val="CitazioneintensaCarattere"/>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CitazioneintensaCarattere">
    <w:name w:val="Citazione intensa Carattere"/>
    <w:basedOn w:val="Carpredefinitoparagrafo"/>
    <w:link w:val="Citazioneintensa"/>
    <w:uiPriority w:val="30"/>
    <w:rsid w:val="00FC693F"/>
    <w:rPr>
      <w:b/>
      <w:bCs/>
      <w:i/>
      <w:iCs/>
      <w:color w:val="4F81BD" w:themeColor="accent1"/>
    </w:rPr>
  </w:style>
  <w:style w:type="character" w:styleId="Enfasidelicata">
    <w:name w:val="Subtle Emphasis"/>
    <w:basedOn w:val="Carpredefinitoparagrafo"/>
    <w:uiPriority w:val="19"/>
    <w:qFormat/>
    <w:rsid w:val="00FC693F"/>
    <w:rPr>
      <w:i/>
      <w:iCs/>
      <w:color w:val="808080" w:themeColor="text1" w:themeTint="7F"/>
    </w:rPr>
  </w:style>
  <w:style w:type="character" w:styleId="Enfasiintensa">
    <w:name w:val="Intense Emphasis"/>
    <w:basedOn w:val="Carpredefinitoparagrafo"/>
    <w:uiPriority w:val="21"/>
    <w:qFormat/>
    <w:rsid w:val="00FC693F"/>
    <w:rPr>
      <w:b/>
      <w:bCs/>
      <w:i/>
      <w:iCs/>
      <w:color w:val="4F81BD" w:themeColor="accent1"/>
    </w:rPr>
  </w:style>
  <w:style w:type="character" w:styleId="Riferimentodelicato">
    <w:name w:val="Subtle Reference"/>
    <w:basedOn w:val="Carpredefinitoparagrafo"/>
    <w:uiPriority w:val="31"/>
    <w:qFormat/>
    <w:rsid w:val="00FC693F"/>
    <w:rPr>
      <w:smallCaps/>
      <w:color w:val="C0504D" w:themeColor="accent2"/>
      <w:u w:val="single"/>
    </w:rPr>
  </w:style>
  <w:style w:type="character" w:styleId="Riferimentointenso">
    <w:name w:val="Intense Reference"/>
    <w:basedOn w:val="Carpredefinitoparagrafo"/>
    <w:uiPriority w:val="32"/>
    <w:qFormat/>
    <w:rsid w:val="00FC693F"/>
    <w:rPr>
      <w:b/>
      <w:bCs/>
      <w:smallCaps/>
      <w:color w:val="C0504D" w:themeColor="accent2"/>
      <w:spacing w:val="5"/>
      <w:u w:val="single"/>
    </w:rPr>
  </w:style>
  <w:style w:type="character" w:styleId="Titolodellibro">
    <w:name w:val="Book Title"/>
    <w:basedOn w:val="Carpredefinitoparagrafo"/>
    <w:uiPriority w:val="33"/>
    <w:qFormat/>
    <w:rsid w:val="00FC693F"/>
    <w:rPr>
      <w:b/>
      <w:bCs/>
      <w:smallCaps/>
      <w:spacing w:val="5"/>
    </w:rPr>
  </w:style>
  <w:style w:type="paragraph" w:styleId="Titolosommario">
    <w:name w:val="TOC Heading"/>
    <w:basedOn w:val="Titolo1"/>
    <w:next w:val="Normale"/>
    <w:uiPriority w:val="39"/>
    <w:semiHidden/>
    <w:unhideWhenUsed/>
    <w:qFormat/>
    <w:rsid w:val="00FC693F"/>
    <w:pPr>
      <w:outlineLvl w:val="9"/>
    </w:pPr>
  </w:style>
  <w:style w:type="table" w:styleId="Grigliatabella">
    <w:name w:val="Table Grid"/>
    <w:basedOn w:val="Tabellanormale"/>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Sfondochiaro">
    <w:name w:val="Light Shading"/>
    <w:basedOn w:val="Tabellanormale"/>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Sfondochiaro-Colore1">
    <w:name w:val="Light Shading Accent 1"/>
    <w:basedOn w:val="Tabellanormale"/>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Sfondochiaro-Colore2">
    <w:name w:val="Light Shading Accent 2"/>
    <w:basedOn w:val="Tabellanormale"/>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Sfondochiaro-Colore3">
    <w:name w:val="Light Shading Accent 3"/>
    <w:basedOn w:val="Tabellanormale"/>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Sfondochiaro-Colore4">
    <w:name w:val="Light Shading Accent 4"/>
    <w:basedOn w:val="Tabellanormale"/>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Sfondochiaro-Colore5">
    <w:name w:val="Light Shading Accent 5"/>
    <w:basedOn w:val="Tabellanormale"/>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Sfondochiaro-Colore6">
    <w:name w:val="Light Shading Accent 6"/>
    <w:basedOn w:val="Tabellanormale"/>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Elencochiaro">
    <w:name w:val="Light List"/>
    <w:basedOn w:val="Tabellanormale"/>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Elencochiaro-Colore1">
    <w:name w:val="Light List Accent 1"/>
    <w:basedOn w:val="Tabellanormale"/>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Elencochiaro-Colore2">
    <w:name w:val="Light List Accent 2"/>
    <w:basedOn w:val="Tabellanormale"/>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Elencochiaro-Colore3">
    <w:name w:val="Light List Accent 3"/>
    <w:basedOn w:val="Tabellanormale"/>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Elencochiaro-Colore4">
    <w:name w:val="Light List Accent 4"/>
    <w:basedOn w:val="Tabellanormale"/>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Elencochiaro-Colore5">
    <w:name w:val="Light List Accent 5"/>
    <w:basedOn w:val="Tabellanormale"/>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Elencochiaro-Colore6">
    <w:name w:val="Light List Accent 6"/>
    <w:basedOn w:val="Tabellanormale"/>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Grigliachiara">
    <w:name w:val="Light Grid"/>
    <w:basedOn w:val="Tabellanormale"/>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Grigliachiara-Colore1">
    <w:name w:val="Light Grid Accent 1"/>
    <w:basedOn w:val="Tabellanormale"/>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Grigliachiara-Colore2">
    <w:name w:val="Light Grid Accent 2"/>
    <w:basedOn w:val="Tabellanormale"/>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Grigliachiara-Colore3">
    <w:name w:val="Light Grid Accent 3"/>
    <w:basedOn w:val="Tabellanormale"/>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Grigliachiara-Colore4">
    <w:name w:val="Light Grid Accent 4"/>
    <w:basedOn w:val="Tabellanormale"/>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Grigliachiara-Colore5">
    <w:name w:val="Light Grid Accent 5"/>
    <w:basedOn w:val="Tabellanormale"/>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Grigliachiara-Colore6">
    <w:name w:val="Light Grid Accent 6"/>
    <w:basedOn w:val="Tabellanormale"/>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Sfondomedio1">
    <w:name w:val="Medium Shading 1"/>
    <w:basedOn w:val="Tabellanormale"/>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Sfondomedio1-Colore1">
    <w:name w:val="Medium Shading 1 Accent 1"/>
    <w:basedOn w:val="Tabellanormale"/>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Sfondomedio1-Colore2">
    <w:name w:val="Medium Shading 1 Accent 2"/>
    <w:basedOn w:val="Tabellanormale"/>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Sfondomedio1-Colore3">
    <w:name w:val="Medium Shading 1 Accent 3"/>
    <w:basedOn w:val="Tabellanormale"/>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Sfondomedio1-Colore4">
    <w:name w:val="Medium Shading 1 Accent 4"/>
    <w:basedOn w:val="Tabellanormale"/>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Sfondomedio1-Colore5">
    <w:name w:val="Medium Shading 1 Accent 5"/>
    <w:basedOn w:val="Tabellanormale"/>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Sfondomedio1-Colore6">
    <w:name w:val="Medium Shading 1 Accent 6"/>
    <w:basedOn w:val="Tabellanormale"/>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Sfondomedio2">
    <w:name w:val="Medium Shading 2"/>
    <w:basedOn w:val="Tabellanorma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fondomedio2-Colore1">
    <w:name w:val="Medium Shading 2 Accent 1"/>
    <w:basedOn w:val="Tabellanorma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fondomedio2-Colore2">
    <w:name w:val="Medium Shading 2 Accent 2"/>
    <w:basedOn w:val="Tabellanorma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fondomedio2-Colore3">
    <w:name w:val="Medium Shading 2 Accent 3"/>
    <w:basedOn w:val="Tabellanorma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fondomedio2-Colore4">
    <w:name w:val="Medium Shading 2 Accent 4"/>
    <w:basedOn w:val="Tabellanorma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fondomedio2-Colore5">
    <w:name w:val="Medium Shading 2 Accent 5"/>
    <w:basedOn w:val="Tabellanorma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fondomedio2-Colore6">
    <w:name w:val="Medium Shading 2 Accent 6"/>
    <w:basedOn w:val="Tabellanorma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Elencomedio1">
    <w:name w:val="Medium List 1"/>
    <w:basedOn w:val="Tabellanormale"/>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Elencomedio1-Colore1">
    <w:name w:val="Medium List 1 Accent 1"/>
    <w:basedOn w:val="Tabellanormale"/>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Elencomedio1-Colore2">
    <w:name w:val="Medium List 1 Accent 2"/>
    <w:basedOn w:val="Tabellanormale"/>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Elencomedio1-Colore3">
    <w:name w:val="Medium List 1 Accent 3"/>
    <w:basedOn w:val="Tabellanormale"/>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Elencomedio1-Colore4">
    <w:name w:val="Medium List 1 Accent 4"/>
    <w:basedOn w:val="Tabellanormale"/>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Elencomedio1-Colore5">
    <w:name w:val="Medium List 1 Accent 5"/>
    <w:basedOn w:val="Tabellanormale"/>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Elencomedio1-Colore6">
    <w:name w:val="Medium List 1 Accent 6"/>
    <w:basedOn w:val="Tabellanormale"/>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Elencomedio2">
    <w:name w:val="Medium List 2"/>
    <w:basedOn w:val="Tabellanorma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Elencomedio2-Colore1">
    <w:name w:val="Medium List 2 Accent 1"/>
    <w:basedOn w:val="Tabellanorma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Elencomedio2-Colore2">
    <w:name w:val="Medium List 2 Accent 2"/>
    <w:basedOn w:val="Tabellanorma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Elencomedio2-Colore3">
    <w:name w:val="Medium List 2 Accent 3"/>
    <w:basedOn w:val="Tabellanorma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Elencomedio2-Colore4">
    <w:name w:val="Medium List 2 Accent 4"/>
    <w:basedOn w:val="Tabellanorma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Elencomedio2-Colore5">
    <w:name w:val="Medium List 2 Accent 5"/>
    <w:basedOn w:val="Tabellanorma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Elencomedio2-Colore6">
    <w:name w:val="Medium List 2 Accent 6"/>
    <w:basedOn w:val="Tabellanorma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Grigliamedia1">
    <w:name w:val="Medium Grid 1"/>
    <w:basedOn w:val="Tabellanormale"/>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Grigliamedia1-Colore1">
    <w:name w:val="Medium Grid 1 Accent 1"/>
    <w:basedOn w:val="Tabellanormale"/>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Grigliamedia1-Colore2">
    <w:name w:val="Medium Grid 1 Accent 2"/>
    <w:basedOn w:val="Tabellanormale"/>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Grigliamedia1-Colore3">
    <w:name w:val="Medium Grid 1 Accent 3"/>
    <w:basedOn w:val="Tabellanormale"/>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Grigliamedia1-Colore4">
    <w:name w:val="Medium Grid 1 Accent 4"/>
    <w:basedOn w:val="Tabellanormale"/>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Grigliamedia1-Colore5">
    <w:name w:val="Medium Grid 1 Accent 5"/>
    <w:basedOn w:val="Tabellanormale"/>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Grigliamedia1-Colore6">
    <w:name w:val="Medium Grid 1 Accent 6"/>
    <w:basedOn w:val="Tabellanormale"/>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Grigliamedia2">
    <w:name w:val="Medium Grid 2"/>
    <w:basedOn w:val="Tabellanorma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Grigliamedia2-Colore1">
    <w:name w:val="Medium Grid 2 Accent 1"/>
    <w:basedOn w:val="Tabellanorma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Grigliamedia2-Colore2">
    <w:name w:val="Medium Grid 2 Accent 2"/>
    <w:basedOn w:val="Tabellanorma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Grigliamedia2-Colore3">
    <w:name w:val="Medium Grid 2 Accent 3"/>
    <w:basedOn w:val="Tabellanorma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Grigliamedia2-Colore4">
    <w:name w:val="Medium Grid 2 Accent 4"/>
    <w:basedOn w:val="Tabellanorma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Grigliamedia2-Colore5">
    <w:name w:val="Medium Grid 2 Accent 5"/>
    <w:basedOn w:val="Tabellanorma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Grigliamedia2-Colore6">
    <w:name w:val="Medium Grid 2 Accent 6"/>
    <w:basedOn w:val="Tabellanorma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Grigliamedia3">
    <w:name w:val="Medium Grid 3"/>
    <w:basedOn w:val="Tabellanorma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Grigliamedia3-Colore1">
    <w:name w:val="Medium Grid 3 Accent 1"/>
    <w:basedOn w:val="Tabellanorma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Grigliamedia3-Colore2">
    <w:name w:val="Medium Grid 3 Accent 2"/>
    <w:basedOn w:val="Tabellanorma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Grigliamedia3-Colore3">
    <w:name w:val="Medium Grid 3 Accent 3"/>
    <w:basedOn w:val="Tabellanorma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Grigliamedia3-Colore4">
    <w:name w:val="Medium Grid 3 Accent 4"/>
    <w:basedOn w:val="Tabellanorma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Grigliamedia3-Colore5">
    <w:name w:val="Medium Grid 3 Accent 5"/>
    <w:basedOn w:val="Tabellanorma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Grigliamedia3-Colore6">
    <w:name w:val="Medium Grid 3 Accent 6"/>
    <w:basedOn w:val="Tabellanorma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Elencoscuro">
    <w:name w:val="Dark List"/>
    <w:basedOn w:val="Tabellanormale"/>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Elencoscuro-Colore1">
    <w:name w:val="Dark List Accent 1"/>
    <w:basedOn w:val="Tabellanormale"/>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Elencoscuro-Colore2">
    <w:name w:val="Dark List Accent 2"/>
    <w:basedOn w:val="Tabellanormale"/>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Elencoscuro-Colore3">
    <w:name w:val="Dark List Accent 3"/>
    <w:basedOn w:val="Tabellanormale"/>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Elencoscuro-Colore4">
    <w:name w:val="Dark List Accent 4"/>
    <w:basedOn w:val="Tabellanormale"/>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Elencoscuro-Colore5">
    <w:name w:val="Dark List Accent 5"/>
    <w:basedOn w:val="Tabellanormale"/>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Elencoscuro-Colore6">
    <w:name w:val="Dark List Accent 6"/>
    <w:basedOn w:val="Tabellanormale"/>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Sfondoacolori">
    <w:name w:val="Colorful Shading"/>
    <w:basedOn w:val="Tabellanormale"/>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Sfondoacolori-Colore1">
    <w:name w:val="Colorful Shading Accent 1"/>
    <w:basedOn w:val="Tabellanormale"/>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Sfondoacolori-Colore2">
    <w:name w:val="Colorful Shading Accent 2"/>
    <w:basedOn w:val="Tabellanormale"/>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Sfondoacolori-Colore3">
    <w:name w:val="Colorful Shading Accent 3"/>
    <w:basedOn w:val="Tabellanormale"/>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Sfondoacolori-Colore4">
    <w:name w:val="Colorful Shading Accent 4"/>
    <w:basedOn w:val="Tabellanormale"/>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Sfondoacolori-Colore5">
    <w:name w:val="Colorful Shading Accent 5"/>
    <w:basedOn w:val="Tabellanormale"/>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Sfondoacolori-Colore6">
    <w:name w:val="Colorful Shading Accent 6"/>
    <w:basedOn w:val="Tabellanormale"/>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Elencoacolori">
    <w:name w:val="Colorful List"/>
    <w:basedOn w:val="Tabellanormale"/>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Elencoacolori-Colore1">
    <w:name w:val="Colorful List Accent 1"/>
    <w:basedOn w:val="Tabellanormale"/>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Elencoacolori-Colore2">
    <w:name w:val="Colorful List Accent 2"/>
    <w:basedOn w:val="Tabellanormale"/>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Elencoacolori-Colore3">
    <w:name w:val="Colorful List Accent 3"/>
    <w:basedOn w:val="Tabellanormale"/>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Elencoacolori-Colore4">
    <w:name w:val="Colorful List Accent 4"/>
    <w:basedOn w:val="Tabellanormale"/>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Elencoacolori-Colore5">
    <w:name w:val="Colorful List Accent 5"/>
    <w:basedOn w:val="Tabellanormale"/>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Elencoacolori-Colore6">
    <w:name w:val="Colorful List Accent 6"/>
    <w:basedOn w:val="Tabellanormale"/>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Grigliaacolori">
    <w:name w:val="Colorful Grid"/>
    <w:basedOn w:val="Tabellanorma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Grigliaacolori-Colore1">
    <w:name w:val="Colorful Grid Accent 1"/>
    <w:basedOn w:val="Tabellanorma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Grigliaacolori-Colore2">
    <w:name w:val="Colorful Grid Accent 2"/>
    <w:basedOn w:val="Tabellanorma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Grigliaacolori-Colore3">
    <w:name w:val="Colorful Grid Accent 3"/>
    <w:basedOn w:val="Tabellanorma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Grigliaacolori-Colore4">
    <w:name w:val="Colorful Grid Accent 4"/>
    <w:basedOn w:val="Tabellanorma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Grigliaacolori-Colore5">
    <w:name w:val="Colorful Grid Accent 5"/>
    <w:basedOn w:val="Tabellanorma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Grigliaacolori-Colore6">
    <w:name w:val="Colorful Grid Accent 6"/>
    <w:basedOn w:val="Tabellanorma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styleId="Collegamentoipertestuale">
    <w:name w:val="Hyperlink"/>
    <w:basedOn w:val="Carpredefinitoparagrafo"/>
    <w:uiPriority w:val="99"/>
    <w:semiHidden/>
    <w:unhideWhenUsed/>
    <w:rsid w:val="00182820"/>
    <w:rPr>
      <w:color w:val="0000FF"/>
      <w:u w:val="single"/>
    </w:rPr>
  </w:style>
  <w:style w:type="paragraph" w:customStyle="1" w:styleId="Default">
    <w:name w:val="Default"/>
    <w:rsid w:val="00182820"/>
    <w:pPr>
      <w:autoSpaceDE w:val="0"/>
      <w:autoSpaceDN w:val="0"/>
      <w:adjustRightInd w:val="0"/>
      <w:spacing w:after="0" w:line="240" w:lineRule="auto"/>
    </w:pPr>
    <w:rPr>
      <w:rFonts w:ascii="Times New Roman" w:eastAsia="Times New Roman" w:hAnsi="Times New Roman" w:cs="Times New Roman"/>
      <w:color w:val="000000"/>
      <w:sz w:val="24"/>
      <w:szCs w:val="24"/>
      <w:lang w:val="it-I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hyperlink" Target="mailto:comune.bariano@legalmail.it"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mailto:comune.bariano@legalmail.it" TargetMode="Externa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A661C2F-33EC-4747-A7DA-93742723871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TotalTime>
  <Pages>4</Pages>
  <Words>1153</Words>
  <Characters>6576</Characters>
  <Application>Microsoft Office Word</Application>
  <DocSecurity>0</DocSecurity>
  <Lines>54</Lines>
  <Paragraphs>15</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7714</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Silvio.Esposito</cp:lastModifiedBy>
  <cp:revision>7</cp:revision>
  <dcterms:created xsi:type="dcterms:W3CDTF">2013-12-23T23:15:00Z</dcterms:created>
  <dcterms:modified xsi:type="dcterms:W3CDTF">2026-10-14T12:06:00Z</dcterms:modified>
  <cp:category/>
</cp:coreProperties>
</file>